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1042416</wp:posOffset>
                </wp:positionV>
                <wp:extent cx="1396688" cy="292608"/>
                <wp:effectExtent l="0" t="0" r="0" b="0"/>
                <wp:wrapNone/>
                <wp:docPr id="311" name="Text 3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68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56"/>
                                <w:sz w:val="40"/>
                                <w:szCs w:val="40"/>
                              </w:rPr>
                              <w:t xml:space="preserve">RUN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11503152</wp:posOffset>
                </wp:positionV>
                <wp:extent cx="10539917" cy="1077163"/>
                <wp:effectExtent l="0" t="0" r="0" b="0"/>
                <wp:wrapNone/>
                <wp:docPr id="312" name="Text 3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9917" cy="107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z w:val="63"/>
                                <w:szCs w:val="63"/>
                              </w:rPr>
                              <w:t xml:space="preserve">Training plan for your first 21K, starting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z w:val="63"/>
                                <w:szCs w:val="63"/>
                              </w:rPr>
                              <w:t xml:space="preserve">this Sunday.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14996160</wp:posOffset>
                </wp:positionV>
                <wp:extent cx="1556823" cy="237744"/>
                <wp:effectExtent l="0" t="0" r="0" b="0"/>
                <wp:wrapNone/>
                <wp:docPr id="313" name="Text 3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44"/>
                                <w:sz w:val="32"/>
                                <w:szCs w:val="32"/>
                              </w:rPr>
                              <w:t xml:space="preserve">WEEKS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15252192</wp:posOffset>
                </wp:positionV>
                <wp:extent cx="1144407" cy="365759"/>
                <wp:effectExtent l="0" t="0" r="0" b="0"/>
                <wp:wrapNone/>
                <wp:docPr id="314" name="Text 3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4407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z w:val="49"/>
                                <w:szCs w:val="49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15837408</wp:posOffset>
                </wp:positionV>
                <wp:extent cx="1407375" cy="237744"/>
                <wp:effectExtent l="0" t="0" r="0" b="0"/>
                <wp:wrapNone/>
                <wp:docPr id="315" name="Text 3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7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44"/>
                                <w:sz w:val="32"/>
                                <w:szCs w:val="32"/>
                              </w:rPr>
                              <w:t xml:space="preserve">RUNS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16093440</wp:posOffset>
                </wp:positionV>
                <wp:extent cx="2037001" cy="365759"/>
                <wp:effectExtent l="0" t="0" r="0" b="0"/>
                <wp:wrapNone/>
                <wp:docPr id="316" name="Text 3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001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z w:val="49"/>
                                <w:szCs w:val="49"/>
                              </w:rPr>
                              <w:t xml:space="preserve">4/week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16678656</wp:posOffset>
                </wp:positionV>
                <wp:extent cx="1556823" cy="237744"/>
                <wp:effectExtent l="0" t="0" r="0" b="0"/>
                <wp:wrapNone/>
                <wp:docPr id="317" name="Text 3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44"/>
                                <w:sz w:val="32"/>
                                <w:szCs w:val="32"/>
                              </w:rPr>
                              <w:t xml:space="preserve">COACH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3642969</wp:posOffset>
                </wp:positionH>
                <wp:positionV relativeFrom="page">
                  <wp:posOffset>16934688</wp:posOffset>
                </wp:positionV>
                <wp:extent cx="2256968" cy="365759"/>
                <wp:effectExtent l="0" t="0" r="0" b="0"/>
                <wp:wrapNone/>
                <wp:docPr id="318" name="Text 3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6968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D0F2B"/>
                                <w:sz w:val="49"/>
                                <w:szCs w:val="49"/>
                              </w:rPr>
                              <w:t xml:space="preserve">Included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Half Marathon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