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1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1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1225295</wp:posOffset>
                </wp:positionV>
                <wp:extent cx="1802168" cy="292608"/>
                <wp:effectExtent l="0" t="0" r="0" b="0"/>
                <wp:wrapNone/>
                <wp:docPr id="3212" name="Text 32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216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61"/>
                                <w:sz w:val="40"/>
                                <w:szCs w:val="40"/>
                              </w:rPr>
                              <w:t xml:space="preserve">OFFER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11422684</wp:posOffset>
                </wp:positionV>
                <wp:extent cx="13551408" cy="2468880"/>
                <wp:effectExtent l="0" t="0" r="0" b="0"/>
                <wp:wrapNone/>
                <wp:docPr id="3213" name="Text 32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51408" cy="2468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11"/>
                                <w:sz w:val="346"/>
                                <w:szCs w:val="346"/>
                              </w:rPr>
                              <w:t xml:space="preserve">No Joining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13441679</wp:posOffset>
                </wp:positionV>
                <wp:extent cx="5275553" cy="2450591"/>
                <wp:effectExtent l="0" t="0" r="0" b="0"/>
                <wp:wrapNone/>
                <wp:docPr id="3214" name="Text 32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53" cy="2450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-128"/>
                                <w:sz w:val="346"/>
                                <w:szCs w:val="346"/>
                              </w:rPr>
                              <w:t xml:space="preserve">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15910560</wp:posOffset>
                </wp:positionV>
                <wp:extent cx="8269633" cy="932688"/>
                <wp:effectExtent l="0" t="0" r="0" b="0"/>
                <wp:wrapNone/>
                <wp:docPr id="3215" name="Text 32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69633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8"/>
                                <w:szCs w:val="58"/>
                              </w:rPr>
                              <w:t xml:space="preserve">Sign up this month and skip the joining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8"/>
                                <w:szCs w:val="58"/>
                              </w:rPr>
                              <w:t xml:space="preserve">fee.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11688660</wp:posOffset>
                </wp:positionH>
                <wp:positionV relativeFrom="page">
                  <wp:posOffset>17318735</wp:posOffset>
                </wp:positionV>
                <wp:extent cx="1935899" cy="292608"/>
                <wp:effectExtent l="0" t="0" r="0" b="0"/>
                <wp:wrapNone/>
                <wp:docPr id="3216" name="Text 32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89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8"/>
                                <w:sz w:val="40"/>
                                <w:szCs w:val="40"/>
                              </w:rPr>
                              <w:t xml:space="preserve">31 JAN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Joining Fee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