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21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21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73152</wp:posOffset>
                </wp:positionH>
                <wp:positionV relativeFrom="page">
                  <wp:posOffset>8617305</wp:posOffset>
                </wp:positionV>
                <wp:extent cx="14484096" cy="4572000"/>
                <wp:effectExtent l="0" t="0" r="0" b="0"/>
                <wp:wrapNone/>
                <wp:docPr id="3218" name="Text 32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4096" cy="45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7A1A"/>
                                <w:spacing w:val="30"/>
                                <w:sz w:val="547"/>
                                <w:szCs w:val="547"/>
                              </w:rPr>
                              <w:t xml:space="preserve">DANCE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1776736" cy="292608"/>
                <wp:effectExtent l="0" t="0" r="0" b="0"/>
                <wp:wrapNone/>
                <wp:docPr id="3219" name="Text 32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6736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pacing w:val="53"/>
                                <w:sz w:val="40"/>
                                <w:szCs w:val="40"/>
                              </w:rPr>
                              <w:t xml:space="preserve">ZUMBA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15233904</wp:posOffset>
                </wp:positionV>
                <wp:extent cx="2652045" cy="603504"/>
                <wp:effectExtent l="0" t="0" r="0" b="0"/>
                <wp:wrapNone/>
                <wp:docPr id="3220" name="Text 32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2045" cy="603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5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6F1E8"/>
                                <w:sz w:val="86"/>
                                <w:szCs w:val="86"/>
                              </w:rPr>
                              <w:t xml:space="preserve">Cardio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9857232</wp:posOffset>
                </wp:positionH>
                <wp:positionV relativeFrom="page">
                  <wp:posOffset>15544800</wp:posOffset>
                </wp:positionV>
                <wp:extent cx="1778107" cy="219456"/>
                <wp:effectExtent l="0" t="0" r="0" b="0"/>
                <wp:wrapNone/>
                <wp:docPr id="3221" name="Text 32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107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8CB1"/>
                                <w:spacing w:val="36"/>
                                <w:sz w:val="30"/>
                                <w:szCs w:val="30"/>
                              </w:rPr>
                              <w:t xml:space="preserve">MON/THU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12152090</wp:posOffset>
                </wp:positionH>
                <wp:positionV relativeFrom="page">
                  <wp:posOffset>15471648</wp:posOffset>
                </wp:positionV>
                <wp:extent cx="1472469" cy="310896"/>
                <wp:effectExtent l="0" t="0" r="0" b="0"/>
                <wp:wrapNone/>
                <wp:docPr id="3222" name="Text 32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469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6F1E8"/>
                                <w:sz w:val="43"/>
                                <w:szCs w:val="43"/>
                              </w:rPr>
                              <w:t xml:space="preserve">6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9857232</wp:posOffset>
                </wp:positionH>
                <wp:positionV relativeFrom="page">
                  <wp:posOffset>16349471</wp:posOffset>
                </wp:positionV>
                <wp:extent cx="1916696" cy="219456"/>
                <wp:effectExtent l="0" t="0" r="0" b="0"/>
                <wp:wrapNone/>
                <wp:docPr id="3223" name="Text 32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6696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8CB1"/>
                                <w:spacing w:val="36"/>
                                <w:sz w:val="30"/>
                                <w:szCs w:val="30"/>
                              </w:rPr>
                              <w:t xml:space="preserve">DURATION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11923204</wp:posOffset>
                </wp:positionH>
                <wp:positionV relativeFrom="page">
                  <wp:posOffset>16276319</wp:posOffset>
                </wp:positionV>
                <wp:extent cx="1701355" cy="310896"/>
                <wp:effectExtent l="0" t="0" r="0" b="0"/>
                <wp:wrapNone/>
                <wp:docPr id="3224" name="Text 32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355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6F1E8"/>
                                <w:sz w:val="43"/>
                                <w:szCs w:val="43"/>
                              </w:rPr>
                              <w:t xml:space="preserve">50 min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 Cardio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