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2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2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9524390</wp:posOffset>
                </wp:positionV>
                <wp:extent cx="13551408" cy="2724912"/>
                <wp:effectExtent l="0" t="0" r="0" b="0"/>
                <wp:wrapNone/>
                <wp:docPr id="3226" name="Text 32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1408" cy="2724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9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-7"/>
                                <w:sz w:val="369"/>
                                <w:szCs w:val="369"/>
                              </w:rPr>
                              <w:t xml:space="preserve">LEARN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11678716</wp:posOffset>
                </wp:positionV>
                <wp:extent cx="7805689" cy="2724912"/>
                <wp:effectExtent l="0" t="0" r="0" b="0"/>
                <wp:wrapNone/>
                <wp:docPr id="3227" name="Text 32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05689" cy="2724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9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-73"/>
                                <w:sz w:val="369"/>
                                <w:szCs w:val="369"/>
                              </w:rPr>
                              <w:t xml:space="preserve">SWIM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1133856</wp:posOffset>
                </wp:positionV>
                <wp:extent cx="1646491" cy="329184"/>
                <wp:effectExtent l="0" t="0" r="0" b="0"/>
                <wp:wrapNone/>
                <wp:docPr id="3228" name="Text 32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6491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60"/>
                                <w:sz w:val="43"/>
                                <w:szCs w:val="43"/>
                              </w:rPr>
                              <w:t xml:space="preserve">SWIM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12131802</wp:posOffset>
                </wp:positionH>
                <wp:positionV relativeFrom="page">
                  <wp:posOffset>1133856</wp:posOffset>
                </wp:positionV>
                <wp:extent cx="1492758" cy="329184"/>
                <wp:effectExtent l="0" t="0" r="0" b="0"/>
                <wp:wrapNone/>
                <wp:docPr id="3229" name="Text 32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758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№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14348764</wp:posOffset>
                </wp:positionV>
                <wp:extent cx="11578732" cy="438912"/>
                <wp:effectExtent l="0" t="0" r="0" b="0"/>
                <wp:wrapNone/>
                <wp:docPr id="3230" name="Text 32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8732" cy="438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9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6F1E8"/>
                                <w:sz w:val="58"/>
                                <w:szCs w:val="58"/>
                              </w:rPr>
                              <w:t xml:space="preserve">Adult beginner lessons in a heated pool.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16678656</wp:posOffset>
                </wp:positionV>
                <wp:extent cx="1807757" cy="237744"/>
                <wp:effectExtent l="0" t="0" r="0" b="0"/>
                <wp:wrapNone/>
                <wp:docPr id="3231" name="Text 32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757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8CB1"/>
                                <w:spacing w:val="37"/>
                                <w:sz w:val="31"/>
                                <w:szCs w:val="31"/>
                              </w:rPr>
                              <w:t xml:space="preserve">BATCHES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17016983</wp:posOffset>
                </wp:positionV>
                <wp:extent cx="2648902" cy="329184"/>
                <wp:effectExtent l="0" t="0" r="0" b="0"/>
                <wp:wrapNone/>
                <wp:docPr id="3232" name="Text 32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902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Morning/Eve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16678656</wp:posOffset>
                </wp:positionV>
                <wp:extent cx="1522578" cy="237744"/>
                <wp:effectExtent l="0" t="0" r="0" b="0"/>
                <wp:wrapNone/>
                <wp:docPr id="3233" name="Text 32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57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8CB1"/>
                                <w:spacing w:val="37"/>
                                <w:sz w:val="31"/>
                                <w:szCs w:val="31"/>
                              </w:rPr>
                              <w:t xml:space="preserve">WEEKS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17016983</wp:posOffset>
                </wp:positionV>
                <wp:extent cx="997267" cy="329184"/>
                <wp:effectExtent l="0" t="0" r="0" b="0"/>
                <wp:wrapNone/>
                <wp:docPr id="3234" name="Text 32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7267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16678656</wp:posOffset>
                </wp:positionV>
                <wp:extent cx="1237114" cy="237744"/>
                <wp:effectExtent l="0" t="0" r="0" b="0"/>
                <wp:wrapNone/>
                <wp:docPr id="3235" name="Text 32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7114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8CB1"/>
                                <w:spacing w:val="37"/>
                                <w:sz w:val="31"/>
                                <w:szCs w:val="31"/>
                              </w:rPr>
                              <w:t xml:space="preserve">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17016983</wp:posOffset>
                </wp:positionV>
                <wp:extent cx="1823084" cy="329184"/>
                <wp:effectExtent l="0" t="0" r="0" b="0"/>
                <wp:wrapNone/>
                <wp:docPr id="3236" name="Text 32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3084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₹4,000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to Swim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