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1386230</wp:posOffset>
                </wp:positionV>
                <wp:extent cx="9001896" cy="2249424"/>
                <wp:effectExtent l="0" t="0" r="0" b="0"/>
                <wp:wrapNone/>
                <wp:docPr id="320" name="Text 3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1896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pacing w:val="-126"/>
                                <w:sz w:val="317"/>
                                <w:szCs w:val="317"/>
                              </w:rPr>
                              <w:t xml:space="preserve">One 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3236976</wp:posOffset>
                </wp:positionV>
                <wp:extent cx="5423125" cy="2249424"/>
                <wp:effectExtent l="0" t="0" r="0" b="0"/>
                <wp:wrapNone/>
                <wp:docPr id="321" name="Text 3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125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pacing w:val="-115"/>
                                <w:sz w:val="317"/>
                                <w:szCs w:val="317"/>
                              </w:rPr>
                              <w:t xml:space="preserve">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4293879" cy="292608"/>
                <wp:effectExtent l="0" t="0" r="0" b="0"/>
                <wp:wrapNone/>
                <wp:docPr id="322" name="Text 3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D0F2B"/>
                                <w:spacing w:val="56"/>
                                <w:sz w:val="40"/>
                                <w:szCs w:val="40"/>
                              </w:rPr>
                              <w:t xml:space="preserve">PERSONAL TRAINING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13533119</wp:posOffset>
                </wp:positionV>
                <wp:extent cx="7902816" cy="1040587"/>
                <wp:effectExtent l="0" t="0" r="0" b="0"/>
                <wp:wrapNone/>
                <wp:docPr id="323" name="Text 3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2816" cy="1040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D0F2B"/>
                                <w:sz w:val="63"/>
                                <w:szCs w:val="63"/>
                              </w:rPr>
                              <w:t xml:space="preserve">A coach, a plan and progress you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D0F2B"/>
                                <w:sz w:val="63"/>
                                <w:szCs w:val="63"/>
                              </w:rPr>
                              <w:t xml:space="preserve">can see in 12 weeks.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16276319</wp:posOffset>
                </wp:positionV>
                <wp:extent cx="1950346" cy="237744"/>
                <wp:effectExtent l="0" t="0" r="0" b="0"/>
                <wp:wrapNone/>
                <wp:docPr id="324" name="Text 3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346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37"/>
                                <w:sz w:val="31"/>
                                <w:szCs w:val="31"/>
                              </w:rPr>
                              <w:t xml:space="preserve">SESSIONS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16614648</wp:posOffset>
                </wp:positionV>
                <wp:extent cx="1137285" cy="310896"/>
                <wp:effectExtent l="0" t="0" r="0" b="0"/>
                <wp:wrapNone/>
                <wp:docPr id="325" name="Text 3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z w:val="43"/>
                                <w:szCs w:val="43"/>
                              </w:rPr>
                              <w:t xml:space="preserve">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16276319</wp:posOffset>
                </wp:positionV>
                <wp:extent cx="2235810" cy="237744"/>
                <wp:effectExtent l="0" t="0" r="0" b="0"/>
                <wp:wrapNone/>
                <wp:docPr id="326" name="Text 3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810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36"/>
                                <w:sz w:val="31"/>
                                <w:szCs w:val="31"/>
                              </w:rPr>
                              <w:t xml:space="preserve">ASSESSMENT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16614648</wp:posOffset>
                </wp:positionV>
                <wp:extent cx="1411605" cy="310896"/>
                <wp:effectExtent l="0" t="0" r="0" b="0"/>
                <wp:wrapNone/>
                <wp:docPr id="327" name="Text 3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z w:val="43"/>
                                <w:szCs w:val="43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16276319</wp:posOffset>
                </wp:positionV>
                <wp:extent cx="1379703" cy="237744"/>
                <wp:effectExtent l="0" t="0" r="0" b="0"/>
                <wp:wrapNone/>
                <wp:docPr id="328" name="Text 3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33"/>
                                <w:sz w:val="31"/>
                                <w:szCs w:val="31"/>
                              </w:rPr>
                              <w:t xml:space="preserve">DIET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16614648</wp:posOffset>
                </wp:positionV>
                <wp:extent cx="2082260" cy="310896"/>
                <wp:effectExtent l="0" t="0" r="0" b="0"/>
                <wp:wrapNone/>
                <wp:docPr id="329" name="Text 3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260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z w:val="43"/>
                                <w:szCs w:val="43"/>
                              </w:rPr>
                              <w:t xml:space="preserve">Guidance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on One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