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1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1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2959227</wp:posOffset>
                </wp:positionH>
                <wp:positionV relativeFrom="page">
                  <wp:posOffset>969263</wp:posOffset>
                </wp:positionV>
                <wp:extent cx="1396745" cy="164592"/>
                <wp:effectExtent l="0" t="0" r="0" b="0"/>
                <wp:wrapNone/>
                <wp:docPr id="2116" name="Text 21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6745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5F5FF"/>
                                <w:spacing w:val="64"/>
                                <w:sz w:val="22"/>
                                <w:szCs w:val="22"/>
                              </w:rPr>
                              <w:t xml:space="preserve">WORKSHOP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748997</wp:posOffset>
                </wp:positionH>
                <wp:positionV relativeFrom="page">
                  <wp:posOffset>1384401</wp:posOffset>
                </wp:positionV>
                <wp:extent cx="5887225" cy="1435608"/>
                <wp:effectExtent l="0" t="0" r="0" b="0"/>
                <wp:wrapNone/>
                <wp:docPr id="2117" name="Text 21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7225" cy="1435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60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i/>
                                <w:iCs/>
                                <w:color w:val="F5F5FF"/>
                                <w:spacing w:val="112"/>
                                <w:sz w:val="187"/>
                                <w:szCs w:val="187"/>
                              </w:rPr>
                              <w:t xml:space="preserve">Intro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108160</wp:posOffset>
                </wp:positionH>
                <wp:positionV relativeFrom="page">
                  <wp:posOffset>2478024</wp:posOffset>
                </wp:positionV>
                <wp:extent cx="7170463" cy="1435608"/>
                <wp:effectExtent l="0" t="0" r="0" b="0"/>
                <wp:wrapNone/>
                <wp:docPr id="2118" name="Text 21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0463" cy="1435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60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i/>
                                <w:iCs/>
                                <w:color w:val="F5F5FF"/>
                                <w:spacing w:val="91"/>
                                <w:sz w:val="187"/>
                                <w:szCs w:val="187"/>
                              </w:rPr>
                              <w:t xml:space="preserve">Letterpress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7104887</wp:posOffset>
                </wp:positionV>
                <wp:extent cx="1937036" cy="548640"/>
                <wp:effectExtent l="0" t="0" r="0" b="0"/>
                <wp:wrapNone/>
                <wp:docPr id="2119" name="Text 21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7036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F5F5FF"/>
                                <w:sz w:val="22"/>
                                <w:szCs w:val="22"/>
                              </w:rPr>
                              <w:t xml:space="preserve">Set type by hand and print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F5F5FF"/>
                                <w:sz w:val="22"/>
                                <w:szCs w:val="22"/>
                              </w:rPr>
                              <w:t xml:space="preserve">your own cards to take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F5F5FF"/>
                                <w:sz w:val="22"/>
                                <w:szCs w:val="22"/>
                              </w:rPr>
                              <w:t xml:space="preserve">home.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8906256</wp:posOffset>
                </wp:positionV>
                <wp:extent cx="2402228" cy="128016"/>
                <wp:effectExtent l="0" t="0" r="0" b="0"/>
                <wp:wrapNone/>
                <wp:docPr id="2120" name="Text 21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222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7A7A94"/>
                                <w:spacing w:val="25"/>
                                <w:sz w:val="17"/>
                                <w:szCs w:val="17"/>
                              </w:rPr>
                              <w:t xml:space="preserve">PRESS ROOM · BENGALURU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5991834</wp:posOffset>
                </wp:positionH>
                <wp:positionV relativeFrom="page">
                  <wp:posOffset>8906256</wp:posOffset>
                </wp:positionV>
                <wp:extent cx="820445" cy="128016"/>
                <wp:effectExtent l="0" t="0" r="0" b="0"/>
                <wp:wrapNone/>
                <wp:docPr id="2121" name="Text 21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44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7A7A94"/>
                                <w:spacing w:val="25"/>
                                <w:sz w:val="17"/>
                                <w:szCs w:val="17"/>
                              </w:rPr>
                              <w:t xml:space="preserve">10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 to Letterpress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