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3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3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4915814</wp:posOffset>
                </wp:positionV>
                <wp:extent cx="4150785" cy="1325880"/>
                <wp:effectExtent l="0" t="0" r="0" b="0"/>
                <wp:wrapNone/>
                <wp:docPr id="2136" name="Text 21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0785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3EEFE"/>
                                <w:spacing w:val="-14"/>
                                <w:sz w:val="173"/>
                                <w:szCs w:val="173"/>
                              </w:rPr>
                              <w:t xml:space="preserve">Think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5925312</wp:posOffset>
                </wp:positionV>
                <wp:extent cx="3198871" cy="1325880"/>
                <wp:effectExtent l="0" t="0" r="0" b="0"/>
                <wp:wrapNone/>
                <wp:docPr id="2137" name="Text 21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8871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3EEFE"/>
                                <w:spacing w:val="-17"/>
                                <w:sz w:val="173"/>
                                <w:szCs w:val="173"/>
                              </w:rPr>
                              <w:t xml:space="preserve">Fast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7223759</wp:posOffset>
                </wp:positionV>
                <wp:extent cx="4226777" cy="507492"/>
                <wp:effectExtent l="0" t="0" r="0" b="0"/>
                <wp:wrapNone/>
                <wp:docPr id="2138" name="Text 21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6777" cy="5074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F3EEFE"/>
                                <w:sz w:val="30"/>
                                <w:szCs w:val="30"/>
                              </w:rPr>
                              <w:t xml:space="preserve">Teams of four, six rounds, one very</w:t>
                            </w:r>
                          </w:p>
                          <w:p>
                            <w:pPr>
                              <w:spacing w:before="0" w:after="0" w:line="439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F3EEFE"/>
                                <w:sz w:val="30"/>
                                <w:szCs w:val="30"/>
                              </w:rPr>
                              <w:t xml:space="preserve">competitive host.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8129015</wp:posOffset>
                </wp:positionV>
                <wp:extent cx="643291" cy="128016"/>
                <wp:effectExtent l="0" t="0" r="0" b="0"/>
                <wp:wrapNone/>
                <wp:docPr id="2139" name="Text 21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29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577A8"/>
                                <w:spacing w:val="20"/>
                                <w:sz w:val="17"/>
                                <w:szCs w:val="17"/>
                              </w:rPr>
                              <w:t xml:space="preserve">TUE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6008408</wp:posOffset>
                </wp:positionH>
                <wp:positionV relativeFrom="page">
                  <wp:posOffset>8083296</wp:posOffset>
                </wp:positionV>
                <wp:extent cx="803871" cy="182879"/>
                <wp:effectExtent l="0" t="0" r="0" b="0"/>
                <wp:wrapNone/>
                <wp:docPr id="2140" name="Text 21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871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righ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3EEFE"/>
                                <w:sz w:val="24"/>
                                <w:szCs w:val="24"/>
                              </w:rPr>
                              <w:t xml:space="preserve">8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8494776</wp:posOffset>
                </wp:positionV>
                <wp:extent cx="800311" cy="128016"/>
                <wp:effectExtent l="0" t="0" r="0" b="0"/>
                <wp:wrapNone/>
                <wp:docPr id="2141" name="Text 21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31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577A8"/>
                                <w:spacing w:val="20"/>
                                <w:sz w:val="17"/>
                                <w:szCs w:val="17"/>
                              </w:rPr>
                              <w:t xml:space="preserve">TEAMS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5930255</wp:posOffset>
                </wp:positionH>
                <wp:positionV relativeFrom="page">
                  <wp:posOffset>8449056</wp:posOffset>
                </wp:positionV>
                <wp:extent cx="884899" cy="182879"/>
                <wp:effectExtent l="0" t="0" r="0" b="0"/>
                <wp:wrapNone/>
                <wp:docPr id="2142" name="Text 21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899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righ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3EEFE"/>
                                <w:sz w:val="24"/>
                                <w:szCs w:val="24"/>
                              </w:rPr>
                              <w:t xml:space="preserve">4 max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Think Fast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