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4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4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438912</wp:posOffset>
                </wp:positionV>
                <wp:extent cx="1557423" cy="137160"/>
                <wp:effectExtent l="0" t="0" r="0" b="0"/>
                <wp:wrapNone/>
                <wp:docPr id="2150" name="Text 21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42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26"/>
                                <w:sz w:val="19"/>
                                <w:szCs w:val="19"/>
                              </w:rPr>
                              <w:t xml:space="preserve">MUSIC LESSONS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5784208</wp:posOffset>
                </wp:positionH>
                <wp:positionV relativeFrom="page">
                  <wp:posOffset>438912</wp:posOffset>
                </wp:positionV>
                <wp:extent cx="1028071" cy="137160"/>
                <wp:effectExtent l="0" t="0" r="0" b="0"/>
                <wp:wrapNone/>
                <wp:docPr id="2151" name="Text 21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7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25"/>
                                <w:sz w:val="19"/>
                                <w:szCs w:val="19"/>
                              </w:rPr>
                              <w:t xml:space="preserve">MON/THU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2079221</wp:posOffset>
                </wp:positionH>
                <wp:positionV relativeFrom="page">
                  <wp:posOffset>6409029</wp:posOffset>
                </wp:positionV>
                <wp:extent cx="3162301" cy="1170432"/>
                <wp:effectExtent l="0" t="0" r="0" b="0"/>
                <wp:wrapNone/>
                <wp:docPr id="2152" name="Text 21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1" cy="1170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43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F2B22"/>
                                <w:spacing w:val="-25"/>
                                <w:sz w:val="138"/>
                                <w:szCs w:val="138"/>
                              </w:rPr>
                              <w:t xml:space="preserve">Learn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1952857</wp:posOffset>
                </wp:positionH>
                <wp:positionV relativeFrom="page">
                  <wp:posOffset>7216444</wp:posOffset>
                </wp:positionV>
                <wp:extent cx="3420396" cy="1170432"/>
                <wp:effectExtent l="0" t="0" r="0" b="0"/>
                <wp:wrapNone/>
                <wp:docPr id="2153" name="Text 21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396" cy="1170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43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F2B22"/>
                                <w:spacing w:val="-24"/>
                                <w:sz w:val="138"/>
                                <w:szCs w:val="138"/>
                              </w:rPr>
                              <w:t xml:space="preserve">Guitar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1141242</wp:posOffset>
                </wp:positionH>
                <wp:positionV relativeFrom="page">
                  <wp:posOffset>8386876</wp:posOffset>
                </wp:positionV>
                <wp:extent cx="5032714" cy="182879"/>
                <wp:effectExtent l="0" t="0" r="0" b="0"/>
                <wp:wrapNone/>
                <wp:docPr id="2154" name="Text 21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714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1F2B22"/>
                                <w:sz w:val="26"/>
                                <w:szCs w:val="26"/>
                              </w:rPr>
                              <w:t xml:space="preserve">Small batches for beginners. Your first lesson is free.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2635465</wp:posOffset>
                </wp:positionH>
                <wp:positionV relativeFrom="page">
                  <wp:posOffset>8814816</wp:posOffset>
                </wp:positionV>
                <wp:extent cx="2044269" cy="128016"/>
                <wp:effectExtent l="0" t="0" r="0" b="0"/>
                <wp:wrapNone/>
                <wp:docPr id="2155" name="Text 21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26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2B22"/>
                                <w:spacing w:val="24"/>
                                <w:sz w:val="17"/>
                                <w:szCs w:val="17"/>
                              </w:rPr>
                              <w:t xml:space="preserve">SAMPLE MUSIC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Guitar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