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6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6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4945075</wp:posOffset>
                </wp:positionV>
                <wp:extent cx="6775704" cy="1755648"/>
                <wp:effectExtent l="0" t="0" r="0" b="0"/>
                <wp:wrapNone/>
                <wp:docPr id="2163" name="Text 21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17556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64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3EEFE"/>
                                <w:spacing w:val="139"/>
                                <w:sz w:val="230"/>
                                <w:szCs w:val="230"/>
                              </w:rPr>
                              <w:t xml:space="preserve">HAVE YOU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6261811</wp:posOffset>
                </wp:positionV>
                <wp:extent cx="6775704" cy="1755648"/>
                <wp:effectExtent l="0" t="0" r="0" b="0"/>
                <wp:wrapNone/>
                <wp:docPr id="2164" name="Text 21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17556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64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3EEFE"/>
                                <w:spacing w:val="63"/>
                                <w:sz w:val="230"/>
                                <w:szCs w:val="230"/>
                              </w:rPr>
                              <w:t xml:space="preserve">SEEN MOMO?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553308" cy="146304"/>
                <wp:effectExtent l="0" t="0" r="0" b="0"/>
                <wp:wrapNone/>
                <wp:docPr id="2165" name="Text 21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330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EFE"/>
                                <w:spacing w:val="28"/>
                                <w:sz w:val="20"/>
                                <w:szCs w:val="20"/>
                              </w:rPr>
                              <w:t xml:space="preserve">LOST &amp; FOUND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7825435</wp:posOffset>
                </wp:positionV>
                <wp:extent cx="5002050" cy="443484"/>
                <wp:effectExtent l="0" t="0" r="0" b="0"/>
                <wp:wrapNone/>
                <wp:docPr id="2166" name="Text 21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2050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EFE"/>
                                <w:sz w:val="27"/>
                                <w:szCs w:val="27"/>
                              </w:rPr>
                              <w:t xml:space="preserve">Grey cat, white socks, answers to Momo. Last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EFE"/>
                                <w:sz w:val="27"/>
                                <w:szCs w:val="27"/>
                              </w:rPr>
                              <w:t xml:space="preserve">seen near Block 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5567010</wp:posOffset>
                </wp:positionH>
                <wp:positionV relativeFrom="page">
                  <wp:posOffset>8750808</wp:posOffset>
                </wp:positionV>
                <wp:extent cx="1245269" cy="146304"/>
                <wp:effectExtent l="0" t="0" r="0" b="0"/>
                <wp:wrapNone/>
                <wp:docPr id="2167" name="Text 21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6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EFE"/>
                                <w:spacing w:val="24"/>
                                <w:sz w:val="20"/>
                                <w:szCs w:val="20"/>
                              </w:rPr>
                              <w:t xml:space="preserve">MON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Have You Seen Momo?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