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6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6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621792</wp:posOffset>
                </wp:positionV>
                <wp:extent cx="1525390" cy="228600"/>
                <wp:effectExtent l="0" t="0" r="0" b="0"/>
                <wp:wrapNone/>
                <wp:docPr id="2169" name="Text 21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39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BOOK CLUB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6086703</wp:posOffset>
                </wp:positionH>
                <wp:positionV relativeFrom="page">
                  <wp:posOffset>621792</wp:posOffset>
                </wp:positionV>
                <wp:extent cx="798728" cy="228600"/>
                <wp:effectExtent l="0" t="0" r="0" b="0"/>
                <wp:wrapNone/>
                <wp:docPr id="2170" name="Text 21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72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#01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755294</wp:posOffset>
                </wp:positionV>
                <wp:extent cx="4273460" cy="2340864"/>
                <wp:effectExtent l="0" t="0" r="0" b="0"/>
                <wp:wrapNone/>
                <wp:docPr id="2171" name="Text 21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460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3A2014"/>
                                <w:sz w:val="245"/>
                                <w:szCs w:val="245"/>
                              </w:rPr>
                              <w:t xml:space="preserve">READ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2232050</wp:posOffset>
                </wp:positionV>
                <wp:extent cx="6848856" cy="2340864"/>
                <wp:effectExtent l="0" t="0" r="0" b="0"/>
                <wp:wrapNone/>
                <wp:docPr id="2172" name="Text 21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856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3A2014"/>
                                <w:spacing w:val="135"/>
                                <w:sz w:val="245"/>
                                <w:szCs w:val="245"/>
                              </w:rPr>
                              <w:t xml:space="preserve">TOGETHER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4837176</wp:posOffset>
                </wp:positionH>
                <wp:positionV relativeFrom="page">
                  <wp:posOffset>4545482</wp:posOffset>
                </wp:positionV>
                <wp:extent cx="2377454" cy="636422"/>
                <wp:effectExtent l="0" t="0" r="0" b="0"/>
                <wp:wrapNone/>
                <wp:docPr id="2173" name="Text 21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54" cy="636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3A2014"/>
                                <w:sz w:val="26"/>
                                <w:szCs w:val="26"/>
                              </w:rPr>
                              <w:t xml:space="preserve">This month: a slim</w:t>
                            </w:r>
                          </w:p>
                          <w:p>
                            <w:pPr>
                              <w:spacing w:before="0" w:after="0" w:line="34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3A2014"/>
                                <w:sz w:val="26"/>
                                <w:szCs w:val="26"/>
                              </w:rPr>
                              <w:t xml:space="preserve">novel about a</w:t>
                            </w:r>
                          </w:p>
                          <w:p>
                            <w:pPr>
                              <w:spacing w:before="0" w:after="0" w:line="34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3A2014"/>
                                <w:sz w:val="26"/>
                                <w:szCs w:val="26"/>
                              </w:rPr>
                              <w:t xml:space="preserve">lighthouse keeper.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7653528</wp:posOffset>
                </wp:positionV>
                <wp:extent cx="721633" cy="146304"/>
                <wp:effectExtent l="0" t="0" r="0" b="0"/>
                <wp:wrapNone/>
                <wp:docPr id="2174" name="Text 21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63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z w:val="20"/>
                                <w:szCs w:val="20"/>
                              </w:rPr>
                              <w:t xml:space="preserve">MEET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7955280</wp:posOffset>
                </wp:positionV>
                <wp:extent cx="1284789" cy="228600"/>
                <wp:effectExtent l="0" t="0" r="0" b="0"/>
                <wp:wrapNone/>
                <wp:docPr id="2175" name="Text 21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478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Last 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2715768</wp:posOffset>
                </wp:positionH>
                <wp:positionV relativeFrom="page">
                  <wp:posOffset>7653528</wp:posOffset>
                </wp:positionV>
                <wp:extent cx="721633" cy="146304"/>
                <wp:effectExtent l="0" t="0" r="0" b="0"/>
                <wp:wrapNone/>
                <wp:docPr id="2176" name="Text 21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63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z w:val="20"/>
                                <w:szCs w:val="20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2715768</wp:posOffset>
                </wp:positionH>
                <wp:positionV relativeFrom="page">
                  <wp:posOffset>7955280</wp:posOffset>
                </wp:positionV>
                <wp:extent cx="904884" cy="228600"/>
                <wp:effectExtent l="0" t="0" r="0" b="0"/>
                <wp:wrapNone/>
                <wp:docPr id="2177" name="Text 21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5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5001768</wp:posOffset>
                </wp:positionH>
                <wp:positionV relativeFrom="page">
                  <wp:posOffset>7653528</wp:posOffset>
                </wp:positionV>
                <wp:extent cx="649749" cy="146304"/>
                <wp:effectExtent l="0" t="0" r="0" b="0"/>
                <wp:wrapNone/>
                <wp:docPr id="2178" name="Text 21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74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z w:val="20"/>
                                <w:szCs w:val="20"/>
                              </w:rPr>
                              <w:t xml:space="preserve">NEW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5001768</wp:posOffset>
                </wp:positionH>
                <wp:positionV relativeFrom="page">
                  <wp:posOffset>7955280</wp:posOffset>
                </wp:positionV>
                <wp:extent cx="1314792" cy="228600"/>
                <wp:effectExtent l="0" t="0" r="0" b="0"/>
                <wp:wrapNone/>
                <wp:docPr id="2179" name="Text 21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79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Welcome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Together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