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44460" cy="9180576"/>
            <wp:effectExtent l="0" t="0" r="0" b="0"/>
            <wp:wrapNone/>
            <wp:docPr id="270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270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344460" cy="9180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1675180</wp:posOffset>
                </wp:positionH>
                <wp:positionV relativeFrom="page">
                  <wp:posOffset>521208</wp:posOffset>
                </wp:positionV>
                <wp:extent cx="1268272" cy="146304"/>
                <wp:effectExtent l="0" t="0" r="0" b="0"/>
                <wp:wrapNone/>
                <wp:docPr id="271" name="Text 27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8272" cy="1463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30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5F2EA"/>
                                <w:spacing w:val="27"/>
                                <w:sz w:val="20"/>
                                <w:szCs w:val="20"/>
                              </w:rPr>
                              <w:t xml:space="preserve">TECH TALK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1675180</wp:posOffset>
                </wp:positionH>
                <wp:positionV relativeFrom="page">
                  <wp:posOffset>5760720</wp:posOffset>
                </wp:positionV>
                <wp:extent cx="5603443" cy="520293"/>
                <wp:effectExtent l="0" t="0" r="0" b="0"/>
                <wp:wrapNone/>
                <wp:docPr id="272" name="Text 27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03443" cy="52029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5F2EA"/>
                                <w:sz w:val="32"/>
                                <w:szCs w:val="32"/>
                              </w:rPr>
                              <w:t xml:space="preserve">Plain-language tools that save a small</w:t>
                            </w:r>
                          </w:p>
                          <w:p>
                            <w:pPr>
                              <w:spacing w:before="0" w:after="0" w:line="459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5F2EA"/>
                                <w:sz w:val="32"/>
                                <w:szCs w:val="32"/>
                              </w:rPr>
                              <w:t xml:space="preserve">business time.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1675180</wp:posOffset>
                </wp:positionH>
                <wp:positionV relativeFrom="page">
                  <wp:posOffset>7498080</wp:posOffset>
                </wp:positionV>
                <wp:extent cx="629107" cy="118872"/>
                <wp:effectExtent l="0" t="0" r="0" b="0"/>
                <wp:wrapNone/>
                <wp:docPr id="273" name="Text 27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9107" cy="1188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187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A9B3F1"/>
                                <w:spacing w:val="22"/>
                                <w:sz w:val="16"/>
                                <w:szCs w:val="16"/>
                              </w:rPr>
                              <w:t xml:space="preserve">FRI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1675180</wp:posOffset>
                </wp:positionH>
                <wp:positionV relativeFrom="page">
                  <wp:posOffset>7626096</wp:posOffset>
                </wp:positionV>
                <wp:extent cx="796013" cy="182879"/>
                <wp:effectExtent l="0" t="0" r="0" b="0"/>
                <wp:wrapNone/>
                <wp:docPr id="274" name="Text 27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6013" cy="1828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88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5F2EA"/>
                                <w:sz w:val="24"/>
                                <w:szCs w:val="24"/>
                              </w:rPr>
                              <w:t xml:space="preserve">6 PM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1675180</wp:posOffset>
                </wp:positionH>
                <wp:positionV relativeFrom="page">
                  <wp:posOffset>7918704</wp:posOffset>
                </wp:positionV>
                <wp:extent cx="703687" cy="118872"/>
                <wp:effectExtent l="0" t="0" r="0" b="0"/>
                <wp:wrapNone/>
                <wp:docPr id="275" name="Text 27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3687" cy="1188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187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A9B3F1"/>
                                <w:spacing w:val="20"/>
                                <w:sz w:val="16"/>
                                <w:szCs w:val="16"/>
                              </w:rPr>
                              <w:t xml:space="preserve">TALK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5" behindDoc="0" locked="0" layoutInCell="1" allowOverlap="1">
                <wp:simplePos x="0" y="0"/>
                <wp:positionH relativeFrom="page">
                  <wp:posOffset>1675180</wp:posOffset>
                </wp:positionH>
                <wp:positionV relativeFrom="page">
                  <wp:posOffset>8046720</wp:posOffset>
                </wp:positionV>
                <wp:extent cx="983180" cy="182879"/>
                <wp:effectExtent l="0" t="0" r="0" b="0"/>
                <wp:wrapNone/>
                <wp:docPr id="276" name="Text 27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3180" cy="1828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88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5F2EA"/>
                                <w:sz w:val="24"/>
                                <w:szCs w:val="24"/>
                              </w:rPr>
                              <w:t xml:space="preserve">45 min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6" behindDoc="0" locked="0" layoutInCell="1" allowOverlap="1">
                <wp:simplePos x="0" y="0"/>
                <wp:positionH relativeFrom="page">
                  <wp:posOffset>1675180</wp:posOffset>
                </wp:positionH>
                <wp:positionV relativeFrom="page">
                  <wp:posOffset>8339328</wp:posOffset>
                </wp:positionV>
                <wp:extent cx="703687" cy="118872"/>
                <wp:effectExtent l="0" t="0" r="0" b="0"/>
                <wp:wrapNone/>
                <wp:docPr id="277" name="Text 27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3687" cy="1188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187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A9B3F1"/>
                                <w:spacing w:val="22"/>
                                <w:sz w:val="16"/>
                                <w:szCs w:val="16"/>
                              </w:rPr>
                              <w:t xml:space="preserve">FREE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7" behindDoc="0" locked="0" layoutInCell="1" allowOverlap="1">
                <wp:simplePos x="0" y="0"/>
                <wp:positionH relativeFrom="page">
                  <wp:posOffset>1675180</wp:posOffset>
                </wp:positionH>
                <wp:positionV relativeFrom="page">
                  <wp:posOffset>8467344</wp:posOffset>
                </wp:positionV>
                <wp:extent cx="796013" cy="182879"/>
                <wp:effectExtent l="0" t="0" r="0" b="0"/>
                <wp:wrapNone/>
                <wp:docPr id="278" name="Text 27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6013" cy="1828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88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5F2EA"/>
                                <w:sz w:val="24"/>
                                <w:szCs w:val="24"/>
                              </w:rPr>
                              <w:t xml:space="preserve">RSVP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1520" w:h="144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 for Small Shops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