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9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9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832104</wp:posOffset>
                </wp:positionH>
                <wp:positionV relativeFrom="page">
                  <wp:posOffset>2459736</wp:posOffset>
                </wp:positionV>
                <wp:extent cx="1816841" cy="173736"/>
                <wp:effectExtent l="0" t="0" r="0" b="0"/>
                <wp:wrapNone/>
                <wp:docPr id="2191" name="Text 21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84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A4A24"/>
                                <w:spacing w:val="34"/>
                                <w:sz w:val="22"/>
                                <w:szCs w:val="22"/>
                              </w:rPr>
                              <w:t xml:space="preserve">LANGUAGE CAFÉ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2713939</wp:posOffset>
                </wp:positionV>
                <wp:extent cx="3334551" cy="1508760"/>
                <wp:effectExtent l="0" t="0" r="0" b="0"/>
                <wp:wrapNone/>
                <wp:docPr id="2192" name="Text 21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4551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7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1ECD9"/>
                                <w:sz w:val="158"/>
                                <w:szCs w:val="158"/>
                              </w:rPr>
                              <w:t xml:space="preserve">SPEAK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3639312</wp:posOffset>
                </wp:positionV>
                <wp:extent cx="3917732" cy="1508760"/>
                <wp:effectExtent l="0" t="0" r="0" b="0"/>
                <wp:wrapNone/>
                <wp:docPr id="2193" name="Text 21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7732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76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1ECD9"/>
                                <w:sz w:val="158"/>
                                <w:szCs w:val="158"/>
                              </w:rPr>
                              <w:t xml:space="preserve">FRENCH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5056632</wp:posOffset>
                </wp:positionV>
                <wp:extent cx="4352972" cy="520293"/>
                <wp:effectExtent l="0" t="0" r="0" b="0"/>
                <wp:wrapNone/>
                <wp:docPr id="2194" name="Text 21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72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32"/>
                                <w:szCs w:val="32"/>
                              </w:rPr>
                              <w:t xml:space="preserve">Practise conversation over coffee. All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1ECD9"/>
                                <w:sz w:val="32"/>
                                <w:szCs w:val="32"/>
                              </w:rPr>
                              <w:t xml:space="preserve">levels.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868679</wp:posOffset>
                </wp:positionH>
                <wp:positionV relativeFrom="page">
                  <wp:posOffset>6858000</wp:posOffset>
                </wp:positionV>
                <wp:extent cx="1828057" cy="228600"/>
                <wp:effectExtent l="0" t="0" r="0" b="0"/>
                <wp:wrapNone/>
                <wp:docPr id="2195" name="Text 21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05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1ECD9"/>
                                <w:sz w:val="32"/>
                                <w:szCs w:val="32"/>
                              </w:rPr>
                              <w:t xml:space="preserve">Learn more  →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2170049</wp:posOffset>
                </wp:positionH>
                <wp:positionV relativeFrom="page">
                  <wp:posOffset>8567928</wp:posOffset>
                </wp:positionV>
                <wp:extent cx="2975100" cy="146304"/>
                <wp:effectExtent l="0" t="0" r="0" b="0"/>
                <wp:wrapNone/>
                <wp:docPr id="2196" name="Text 21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510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40"/>
                                <w:sz w:val="20"/>
                                <w:szCs w:val="20"/>
                              </w:rPr>
                              <w:t xml:space="preserve">SAMPLE LANGUAGE MEETUP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Speak French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