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="20" w:lineRule="exact"/>
      </w:pPr>
      <w:r xmlns:a="http://schemas.openxmlformats.org/drawingml/2006/main" xmlns:pic="http://schemas.openxmlformats.org/drawingml/2006/picture">
        <w:drawing>
          <wp:anchor distT="0" distB="0" distL="0" distR="0" simplePos="0" relativeHeight="1" behindDoc="1" locked="1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344460" cy="9180576"/>
            <wp:effectExtent l="0" t="0" r="0" b="0"/>
            <wp:wrapNone/>
            <wp:docPr id="2197" name="Background artwork" descr="Decorative background artwork (no text)"/>
            <wp:cNvGraphicFramePr/>
            <a:graphic>
              <a:graphicData uri="http://schemas.openxmlformats.org/drawingml/2006/picture">
                <pic:pic>
                  <pic:nvPicPr>
                    <pic:cNvPr id="2197" name="Background artwork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344460" cy="91805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0" behindDoc="0" locked="0" layoutInCell="1" allowOverlap="1">
                <wp:simplePos x="0" y="0"/>
                <wp:positionH relativeFrom="page">
                  <wp:posOffset>996696</wp:posOffset>
                </wp:positionH>
                <wp:positionV relativeFrom="page">
                  <wp:posOffset>1152144</wp:posOffset>
                </wp:positionV>
                <wp:extent cx="1952615" cy="164592"/>
                <wp:effectExtent l="0" t="0" r="0" b="0"/>
                <wp:wrapNone/>
                <wp:docPr id="2198" name="Text 2198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52615" cy="16459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59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111111"/>
                                <w:spacing w:val="34"/>
                                <w:sz w:val="22"/>
                                <w:szCs w:val="22"/>
                              </w:rPr>
                              <w:t xml:space="preserve">VOLUNTEER CALL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1" behindDoc="0" locked="0" layoutInCell="1" allowOverlap="1">
                <wp:simplePos x="0" y="0"/>
                <wp:positionH relativeFrom="page">
                  <wp:posOffset>4961620</wp:posOffset>
                </wp:positionH>
                <wp:positionV relativeFrom="page">
                  <wp:posOffset>1152144</wp:posOffset>
                </wp:positionV>
                <wp:extent cx="1356883" cy="164592"/>
                <wp:effectExtent l="0" t="0" r="0" b="0"/>
                <wp:wrapNone/>
                <wp:docPr id="2199" name="Text 2199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56883" cy="16459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59" w:lineRule="exact"/>
                              <w:jc w:val="righ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111111"/>
                                <w:spacing w:val="34"/>
                                <w:sz w:val="22"/>
                                <w:szCs w:val="22"/>
                              </w:rPr>
                              <w:t xml:space="preserve">ADMIT ONE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2" behindDoc="0" locked="0" layoutInCell="1" allowOverlap="1">
                <wp:simplePos x="0" y="0"/>
                <wp:positionH relativeFrom="page">
                  <wp:posOffset>996696</wp:posOffset>
                </wp:positionH>
                <wp:positionV relativeFrom="page">
                  <wp:posOffset>3683203</wp:posOffset>
                </wp:positionV>
                <wp:extent cx="4282921" cy="1024128"/>
                <wp:effectExtent l="0" t="0" r="0" b="0"/>
                <wp:wrapNone/>
                <wp:docPr id="2200" name="Text 2200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82921" cy="102412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1612" w:lineRule="exact"/>
                              <w:jc w:val="left"/>
                            </w:pPr>
                            <w:r>
                              <w:rPr>
                                <w:rFonts w:ascii="Montserrat" w:hAnsi="Montserrat" w:cs="Montserrat" w:eastAsia="Montserrat"/>
                                <w:b/>
                                <w:bCs/>
                                <w:color w:val="111111"/>
                                <w:spacing w:val="26"/>
                                <w:sz w:val="132"/>
                                <w:szCs w:val="132"/>
                              </w:rPr>
                              <w:t xml:space="preserve">TEACH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3" behindDoc="0" locked="0" layoutInCell="1" allowOverlap="1">
                <wp:simplePos x="0" y="0"/>
                <wp:positionH relativeFrom="page">
                  <wp:posOffset>996696</wp:posOffset>
                </wp:positionH>
                <wp:positionV relativeFrom="page">
                  <wp:posOffset>4463186</wp:posOffset>
                </wp:positionV>
                <wp:extent cx="6281928" cy="813816"/>
                <wp:effectExtent l="0" t="0" r="0" b="0"/>
                <wp:wrapNone/>
                <wp:docPr id="2201" name="Text 2201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81928" cy="8138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1281" w:lineRule="exact"/>
                              <w:jc w:val="left"/>
                            </w:pPr>
                            <w:r>
                              <w:rPr>
                                <w:rFonts w:ascii="Montserrat" w:hAnsi="Montserrat" w:cs="Montserrat" w:eastAsia="Montserrat"/>
                                <w:b/>
                                <w:bCs/>
                                <w:color w:val="111111"/>
                                <w:spacing w:val="-17"/>
                                <w:sz w:val="105"/>
                                <w:szCs w:val="105"/>
                              </w:rPr>
                              <w:t xml:space="preserve">ON WEEKENDS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4" behindDoc="0" locked="0" layoutInCell="1" allowOverlap="1">
                <wp:simplePos x="0" y="0"/>
                <wp:positionH relativeFrom="page">
                  <wp:posOffset>996696</wp:posOffset>
                </wp:positionH>
                <wp:positionV relativeFrom="page">
                  <wp:posOffset>5286146</wp:posOffset>
                </wp:positionV>
                <wp:extent cx="5020913" cy="439826"/>
                <wp:effectExtent l="0" t="0" r="0" b="0"/>
                <wp:wrapNone/>
                <wp:docPr id="2202" name="Text 2202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20913" cy="43982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16" w:lineRule="exact"/>
                              <w:jc w:val="left"/>
                            </w:pPr>
                            <w:r>
                              <w:rPr>
                                <w:rFonts w:ascii="Montserrat" w:hAnsi="Montserrat" w:cs="Montserrat" w:eastAsia="Montserrat"/>
                                <w:color w:val="111111"/>
                                <w:sz w:val="26"/>
                                <w:szCs w:val="26"/>
                              </w:rPr>
                              <w:t xml:space="preserve">Help children with reading for two hours every</w:t>
                            </w:r>
                          </w:p>
                          <w:p>
                            <w:pPr>
                              <w:spacing w:before="0" w:after="0" w:line="375" w:lineRule="exact"/>
                              <w:jc w:val="left"/>
                            </w:pPr>
                            <w:r>
                              <w:rPr>
                                <w:rFonts w:ascii="Montserrat" w:hAnsi="Montserrat" w:cs="Montserrat" w:eastAsia="Montserrat"/>
                                <w:color w:val="111111"/>
                                <w:sz w:val="26"/>
                                <w:szCs w:val="26"/>
                              </w:rPr>
                              <w:t xml:space="preserve">Sunday.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5" behindDoc="0" locked="0" layoutInCell="1" allowOverlap="1">
                <wp:simplePos x="0" y="0"/>
                <wp:positionH relativeFrom="page">
                  <wp:posOffset>996696</wp:posOffset>
                </wp:positionH>
                <wp:positionV relativeFrom="page">
                  <wp:posOffset>6665976</wp:posOffset>
                </wp:positionV>
                <wp:extent cx="730554" cy="128016"/>
                <wp:effectExtent l="0" t="0" r="0" b="0"/>
                <wp:wrapNone/>
                <wp:docPr id="2203" name="Text 2203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30554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color w:val="111111"/>
                                <w:spacing w:val="21"/>
                                <w:sz w:val="18"/>
                                <w:szCs w:val="18"/>
                              </w:rPr>
                              <w:t xml:space="preserve">WHEN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6" behindDoc="0" locked="0" layoutInCell="1" allowOverlap="1">
                <wp:simplePos x="0" y="0"/>
                <wp:positionH relativeFrom="page">
                  <wp:posOffset>996696</wp:posOffset>
                </wp:positionH>
                <wp:positionV relativeFrom="page">
                  <wp:posOffset>6853428</wp:posOffset>
                </wp:positionV>
                <wp:extent cx="1101974" cy="182879"/>
                <wp:effectExtent l="0" t="0" r="0" b="0"/>
                <wp:wrapNone/>
                <wp:docPr id="2204" name="Text 2204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01974" cy="18287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88" w:lineRule="exact"/>
                              <w:jc w:val="left"/>
                            </w:pPr>
                            <w:r>
                              <w:rPr>
                                <w:rFonts w:ascii="Montserrat" w:hAnsi="Montserrat" w:cs="Montserrat" w:eastAsia="Montserrat"/>
                                <w:b/>
                                <w:bCs/>
                                <w:color w:val="111111"/>
                                <w:sz w:val="24"/>
                                <w:szCs w:val="24"/>
                              </w:rPr>
                              <w:t xml:space="preserve">Sundays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7" behindDoc="0" locked="0" layoutInCell="1" allowOverlap="1">
                <wp:simplePos x="0" y="0"/>
                <wp:positionH relativeFrom="page">
                  <wp:posOffset>2825496</wp:posOffset>
                </wp:positionH>
                <wp:positionV relativeFrom="page">
                  <wp:posOffset>6665976</wp:posOffset>
                </wp:positionV>
                <wp:extent cx="811135" cy="128016"/>
                <wp:effectExtent l="0" t="0" r="0" b="0"/>
                <wp:wrapNone/>
                <wp:docPr id="2205" name="Text 2205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11135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color w:val="111111"/>
                                <w:spacing w:val="21"/>
                                <w:sz w:val="18"/>
                                <w:szCs w:val="18"/>
                              </w:rPr>
                              <w:t xml:space="preserve">HOURS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8" behindDoc="0" locked="0" layoutInCell="1" allowOverlap="1">
                <wp:simplePos x="0" y="0"/>
                <wp:positionH relativeFrom="page">
                  <wp:posOffset>2825496</wp:posOffset>
                </wp:positionH>
                <wp:positionV relativeFrom="page">
                  <wp:posOffset>6853428</wp:posOffset>
                </wp:positionV>
                <wp:extent cx="512978" cy="182879"/>
                <wp:effectExtent l="0" t="0" r="0" b="0"/>
                <wp:wrapNone/>
                <wp:docPr id="2206" name="Text 2206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2978" cy="18287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88" w:lineRule="exact"/>
                              <w:jc w:val="left"/>
                            </w:pPr>
                            <w:r>
                              <w:rPr>
                                <w:rFonts w:ascii="Montserrat" w:hAnsi="Montserrat" w:cs="Montserrat" w:eastAsia="Montserrat"/>
                                <w:b/>
                                <w:bCs/>
                                <w:color w:val="111111"/>
                                <w:sz w:val="24"/>
                                <w:szCs w:val="24"/>
                              </w:rPr>
                              <w:t xml:space="preserve">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9" behindDoc="0" locked="0" layoutInCell="1" allowOverlap="1">
                <wp:simplePos x="0" y="0"/>
                <wp:positionH relativeFrom="page">
                  <wp:posOffset>4654295</wp:posOffset>
                </wp:positionH>
                <wp:positionV relativeFrom="page">
                  <wp:posOffset>6665976</wp:posOffset>
                </wp:positionV>
                <wp:extent cx="1052737" cy="128016"/>
                <wp:effectExtent l="0" t="0" r="0" b="0"/>
                <wp:wrapNone/>
                <wp:docPr id="2207" name="Text 2207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2737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color w:val="111111"/>
                                <w:spacing w:val="21"/>
                                <w:sz w:val="18"/>
                                <w:szCs w:val="18"/>
                              </w:rPr>
                              <w:t xml:space="preserve">TRAINING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0" behindDoc="0" locked="0" layoutInCell="1" allowOverlap="1">
                <wp:simplePos x="0" y="0"/>
                <wp:positionH relativeFrom="page">
                  <wp:posOffset>4654295</wp:posOffset>
                </wp:positionH>
                <wp:positionV relativeFrom="page">
                  <wp:posOffset>6853428</wp:posOffset>
                </wp:positionV>
                <wp:extent cx="1138913" cy="182879"/>
                <wp:effectExtent l="0" t="0" r="0" b="0"/>
                <wp:wrapNone/>
                <wp:docPr id="2208" name="Text 2208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38913" cy="18287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88" w:lineRule="exact"/>
                              <w:jc w:val="left"/>
                            </w:pPr>
                            <w:r>
                              <w:rPr>
                                <w:rFonts w:ascii="Montserrat" w:hAnsi="Montserrat" w:cs="Montserrat" w:eastAsia="Montserrat"/>
                                <w:b/>
                                <w:bCs/>
                                <w:color w:val="111111"/>
                                <w:sz w:val="24"/>
                                <w:szCs w:val="24"/>
                              </w:rPr>
                              <w:t xml:space="preserve">Provided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1" behindDoc="0" locked="0" layoutInCell="1" allowOverlap="1">
                <wp:simplePos x="0" y="0"/>
                <wp:positionH relativeFrom="page">
                  <wp:posOffset>4674084</wp:posOffset>
                </wp:positionH>
                <wp:positionV relativeFrom="page">
                  <wp:posOffset>7946135</wp:posOffset>
                </wp:positionV>
                <wp:extent cx="1644419" cy="128016"/>
                <wp:effectExtent l="0" t="0" r="0" b="0"/>
                <wp:wrapNone/>
                <wp:docPr id="2209" name="Text 2209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44419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righ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111111"/>
                                <w:spacing w:val="16"/>
                                <w:sz w:val="17"/>
                                <w:szCs w:val="17"/>
                              </w:rPr>
                              <w:t xml:space="preserve">SAMPLE NGO FLYER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</w:p>
    <w:sectPr w:rsidR="00FC693F" w:rsidRPr="0006063C" w:rsidSect="00034616">
      <w:pgSz w:w="11520" w:h="14400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Teach On Weekends</dc:title>
  <dc:subject/>
  <dc:creator>Morphiq</dc:creator>
  <cp:keywords/>
  <dc:description>Morphiq template. All text is live and editable; the artwork is a background picture.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