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472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472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632793</wp:posOffset>
                </wp:positionH>
                <wp:positionV relativeFrom="page">
                  <wp:posOffset>8375904</wp:posOffset>
                </wp:positionV>
                <wp:extent cx="654653" cy="164592"/>
                <wp:effectExtent l="0" t="0" r="0" b="0"/>
                <wp:wrapNone/>
                <wp:docPr id="2473" name="Text 247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653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D2B22"/>
                                <w:sz w:val="22"/>
                                <w:szCs w:val="22"/>
                              </w:rPr>
                              <w:t xml:space="preserve">0 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591416</wp:posOffset>
                </wp:positionH>
                <wp:positionV relativeFrom="page">
                  <wp:posOffset>7537399</wp:posOffset>
                </wp:positionV>
                <wp:extent cx="738263" cy="155448"/>
                <wp:effectExtent l="0" t="0" r="0" b="0"/>
                <wp:wrapNone/>
                <wp:docPr id="2474" name="Text 247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8263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0D2B22"/>
                                <w:sz w:val="23"/>
                                <w:szCs w:val="23"/>
                              </w:rPr>
                              <w:t xml:space="preserve">₹10k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1510617</wp:posOffset>
                </wp:positionH>
                <wp:positionV relativeFrom="page">
                  <wp:posOffset>8375904</wp:posOffset>
                </wp:positionV>
                <wp:extent cx="654653" cy="164592"/>
                <wp:effectExtent l="0" t="0" r="0" b="0"/>
                <wp:wrapNone/>
                <wp:docPr id="2475" name="Text 247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653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D2B22"/>
                                <w:sz w:val="22"/>
                                <w:szCs w:val="22"/>
                              </w:rPr>
                              <w:t xml:space="preserve">5 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1469240</wp:posOffset>
                </wp:positionH>
                <wp:positionV relativeFrom="page">
                  <wp:posOffset>7316114</wp:posOffset>
                </wp:positionV>
                <wp:extent cx="738263" cy="155448"/>
                <wp:effectExtent l="0" t="0" r="0" b="0"/>
                <wp:wrapNone/>
                <wp:docPr id="2476" name="Text 247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8263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0D2B22"/>
                                <w:sz w:val="23"/>
                                <w:szCs w:val="23"/>
                              </w:rPr>
                              <w:t xml:space="preserve">₹15k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2347150</wp:posOffset>
                </wp:positionH>
                <wp:positionV relativeFrom="page">
                  <wp:posOffset>8375904</wp:posOffset>
                </wp:positionV>
                <wp:extent cx="737235" cy="164592"/>
                <wp:effectExtent l="0" t="0" r="0" b="0"/>
                <wp:wrapNone/>
                <wp:docPr id="2477" name="Text 247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235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D2B22"/>
                                <w:sz w:val="22"/>
                                <w:szCs w:val="22"/>
                              </w:rPr>
                              <w:t xml:space="preserve">10 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2347064</wp:posOffset>
                </wp:positionH>
                <wp:positionV relativeFrom="page">
                  <wp:posOffset>6989673</wp:posOffset>
                </wp:positionV>
                <wp:extent cx="738263" cy="155448"/>
                <wp:effectExtent l="0" t="0" r="0" b="0"/>
                <wp:wrapNone/>
                <wp:docPr id="2478" name="Text 247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8263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0D2B22"/>
                                <w:sz w:val="23"/>
                                <w:szCs w:val="23"/>
                              </w:rPr>
                              <w:t xml:space="preserve">₹22k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3224974</wp:posOffset>
                </wp:positionH>
                <wp:positionV relativeFrom="page">
                  <wp:posOffset>8375904</wp:posOffset>
                </wp:positionV>
                <wp:extent cx="737235" cy="164592"/>
                <wp:effectExtent l="0" t="0" r="0" b="0"/>
                <wp:wrapNone/>
                <wp:docPr id="2479" name="Text 247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235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D2B22"/>
                                <w:sz w:val="22"/>
                                <w:szCs w:val="22"/>
                              </w:rPr>
                              <w:t xml:space="preserve">15 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3224888</wp:posOffset>
                </wp:positionH>
                <wp:positionV relativeFrom="page">
                  <wp:posOffset>6511442</wp:posOffset>
                </wp:positionV>
                <wp:extent cx="738263" cy="155448"/>
                <wp:effectExtent l="0" t="0" r="0" b="0"/>
                <wp:wrapNone/>
                <wp:docPr id="2480" name="Text 248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8263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0D2B22"/>
                                <w:sz w:val="23"/>
                                <w:szCs w:val="23"/>
                              </w:rPr>
                              <w:t xml:space="preserve">₹32k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4102798</wp:posOffset>
                </wp:positionH>
                <wp:positionV relativeFrom="page">
                  <wp:posOffset>8375904</wp:posOffset>
                </wp:positionV>
                <wp:extent cx="737235" cy="164592"/>
                <wp:effectExtent l="0" t="0" r="0" b="0"/>
                <wp:wrapNone/>
                <wp:docPr id="2481" name="Text 248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235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D2B22"/>
                                <w:sz w:val="22"/>
                                <w:szCs w:val="22"/>
                              </w:rPr>
                              <w:t xml:space="preserve">20 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4102712</wp:posOffset>
                </wp:positionH>
                <wp:positionV relativeFrom="page">
                  <wp:posOffset>5807354</wp:posOffset>
                </wp:positionV>
                <wp:extent cx="738263" cy="155448"/>
                <wp:effectExtent l="0" t="0" r="0" b="0"/>
                <wp:wrapNone/>
                <wp:docPr id="2482" name="Text 248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8263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0D2B22"/>
                                <w:sz w:val="23"/>
                                <w:szCs w:val="23"/>
                              </w:rPr>
                              <w:t xml:space="preserve">₹47k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4980622</wp:posOffset>
                </wp:positionH>
                <wp:positionV relativeFrom="page">
                  <wp:posOffset>8375904</wp:posOffset>
                </wp:positionV>
                <wp:extent cx="737235" cy="164592"/>
                <wp:effectExtent l="0" t="0" r="0" b="0"/>
                <wp:wrapNone/>
                <wp:docPr id="2483" name="Text 248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235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D2B22"/>
                                <w:sz w:val="22"/>
                                <w:szCs w:val="22"/>
                              </w:rPr>
                              <w:t xml:space="preserve">25 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4980536</wp:posOffset>
                </wp:positionH>
                <wp:positionV relativeFrom="page">
                  <wp:posOffset>4774082</wp:posOffset>
                </wp:positionV>
                <wp:extent cx="738263" cy="155448"/>
                <wp:effectExtent l="0" t="0" r="0" b="0"/>
                <wp:wrapNone/>
                <wp:docPr id="2484" name="Text 248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8263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0D2B22"/>
                                <w:sz w:val="23"/>
                                <w:szCs w:val="23"/>
                              </w:rPr>
                              <w:t xml:space="preserve">₹68k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5858446</wp:posOffset>
                </wp:positionH>
                <wp:positionV relativeFrom="page">
                  <wp:posOffset>8375904</wp:posOffset>
                </wp:positionV>
                <wp:extent cx="737235" cy="164592"/>
                <wp:effectExtent l="0" t="0" r="0" b="0"/>
                <wp:wrapNone/>
                <wp:docPr id="2485" name="Text 248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235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D2B22"/>
                                <w:sz w:val="22"/>
                                <w:szCs w:val="22"/>
                              </w:rPr>
                              <w:t xml:space="preserve">30 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5817712</wp:posOffset>
                </wp:positionH>
                <wp:positionV relativeFrom="page">
                  <wp:posOffset>3255264</wp:posOffset>
                </wp:positionV>
                <wp:extent cx="819631" cy="155448"/>
                <wp:effectExtent l="0" t="0" r="0" b="0"/>
                <wp:wrapNone/>
                <wp:docPr id="2486" name="Text 248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631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0D2B22"/>
                                <w:sz w:val="23"/>
                                <w:szCs w:val="23"/>
                              </w:rPr>
                              <w:t xml:space="preserve">₹101k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521208</wp:posOffset>
                </wp:positionV>
                <wp:extent cx="1749275" cy="146304"/>
                <wp:effectExtent l="0" t="0" r="0" b="0"/>
                <wp:wrapNone/>
                <wp:docPr id="2487" name="Text 248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9275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87650"/>
                                <w:spacing w:val="50"/>
                                <w:sz w:val="20"/>
                                <w:szCs w:val="20"/>
                              </w:rPr>
                              <w:t xml:space="preserve">MONEY BASICS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748893</wp:posOffset>
                </wp:positionV>
                <wp:extent cx="6775704" cy="658368"/>
                <wp:effectExtent l="0" t="0" r="0" b="0"/>
                <wp:wrapNone/>
                <wp:docPr id="2488" name="Text 248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5704" cy="6583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03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0D2B22"/>
                                <w:spacing w:val="-31"/>
                                <w:sz w:val="92"/>
                                <w:szCs w:val="92"/>
                              </w:rPr>
                              <w:t xml:space="preserve">How ₹10,000 Grows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1498701</wp:posOffset>
                </wp:positionV>
                <wp:extent cx="5466083" cy="421538"/>
                <wp:effectExtent l="0" t="0" r="0" b="0"/>
                <wp:wrapNone/>
                <wp:docPr id="2489" name="Text 248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6083" cy="4215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0D2B22"/>
                                <w:sz w:val="26"/>
                                <w:szCs w:val="26"/>
                              </w:rPr>
                              <w:t xml:space="preserve">Example at 8% a year, compounded yearly. Numbers are</w:t>
                            </w:r>
                          </w:p>
                          <w:p>
                            <w:pPr>
                              <w:spacing w:before="0" w:after="0" w:line="375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0D2B22"/>
                                <w:sz w:val="26"/>
                                <w:szCs w:val="26"/>
                              </w:rPr>
                              <w:t xml:space="preserve">calculated, not a forecast.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8805672</wp:posOffset>
                </wp:positionV>
                <wp:extent cx="6775704" cy="137160"/>
                <wp:effectExtent l="0" t="0" r="0" b="0"/>
                <wp:wrapNone/>
                <wp:docPr id="2490" name="Text 249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5704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4C6B5F"/>
                                <w:sz w:val="19"/>
                                <w:szCs w:val="19"/>
                              </w:rPr>
                              <w:t xml:space="preserve">Formula: A = P(1 + r)ⁿ · ₹10,000 becomes about ₹1,00,627 in 30 years at 8%.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₹10,000 Grows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