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49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9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614805</wp:posOffset>
                </wp:positionH>
                <wp:positionV relativeFrom="page">
                  <wp:posOffset>2248509</wp:posOffset>
                </wp:positionV>
                <wp:extent cx="599189" cy="411480"/>
                <wp:effectExtent l="0" t="0" r="0" b="0"/>
                <wp:wrapNone/>
                <wp:docPr id="2492" name="Text 24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89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4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9"/>
                                <w:szCs w:val="49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2175357</wp:posOffset>
                </wp:positionV>
                <wp:extent cx="895283" cy="274320"/>
                <wp:effectExtent l="0" t="0" r="0" b="0"/>
                <wp:wrapNone/>
                <wp:docPr id="2493" name="Text 24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283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37"/>
                                <w:szCs w:val="37"/>
                              </w:rPr>
                              <w:t xml:space="preserve">Boil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2522829</wp:posOffset>
                </wp:positionV>
                <wp:extent cx="5327523" cy="182879"/>
                <wp:effectExtent l="0" t="0" r="0" b="0"/>
                <wp:wrapNone/>
                <wp:docPr id="2494" name="Text 24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752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26"/>
                                <w:szCs w:val="26"/>
                              </w:rPr>
                              <w:t xml:space="preserve">1 cup water with crushed ginger and 2 cardamom pods.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598517</wp:posOffset>
                </wp:positionH>
                <wp:positionV relativeFrom="page">
                  <wp:posOffset>3272637</wp:posOffset>
                </wp:positionV>
                <wp:extent cx="631764" cy="411480"/>
                <wp:effectExtent l="0" t="0" r="0" b="0"/>
                <wp:wrapNone/>
                <wp:docPr id="2495" name="Text 24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764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4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49"/>
                                <w:szCs w:val="49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3199485</wp:posOffset>
                </wp:positionV>
                <wp:extent cx="1080592" cy="274320"/>
                <wp:effectExtent l="0" t="0" r="0" b="0"/>
                <wp:wrapNone/>
                <wp:docPr id="2496" name="Text 249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0592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37"/>
                                <w:szCs w:val="37"/>
                              </w:rPr>
                              <w:t xml:space="preserve">Spice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3546957</wp:posOffset>
                </wp:positionV>
                <wp:extent cx="5078077" cy="182879"/>
                <wp:effectExtent l="0" t="0" r="0" b="0"/>
                <wp:wrapNone/>
                <wp:docPr id="2497" name="Text 249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807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26"/>
                                <w:szCs w:val="26"/>
                              </w:rPr>
                              <w:t xml:space="preserve">Add a pinch of chai masala or a clove and cinnamon.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600303</wp:posOffset>
                </wp:positionH>
                <wp:positionV relativeFrom="page">
                  <wp:posOffset>4296765</wp:posOffset>
                </wp:positionV>
                <wp:extent cx="628192" cy="411480"/>
                <wp:effectExtent l="0" t="0" r="0" b="0"/>
                <wp:wrapNone/>
                <wp:docPr id="2498" name="Text 249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192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4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9"/>
                                <w:szCs w:val="49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4223613</wp:posOffset>
                </wp:positionV>
                <wp:extent cx="843187" cy="274320"/>
                <wp:effectExtent l="0" t="0" r="0" b="0"/>
                <wp:wrapNone/>
                <wp:docPr id="2499" name="Text 249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187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37"/>
                                <w:szCs w:val="37"/>
                              </w:rPr>
                              <w:t xml:space="preserve">Tea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4571085</wp:posOffset>
                </wp:positionV>
                <wp:extent cx="4292407" cy="182879"/>
                <wp:effectExtent l="0" t="0" r="0" b="0"/>
                <wp:wrapNone/>
                <wp:docPr id="2500" name="Text 250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9240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26"/>
                                <w:szCs w:val="26"/>
                              </w:rPr>
                              <w:t xml:space="preserve">Add 2 tsp strong black tea, simmer 1 minute.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597660</wp:posOffset>
                </wp:positionH>
                <wp:positionV relativeFrom="page">
                  <wp:posOffset>5320893</wp:posOffset>
                </wp:positionV>
                <wp:extent cx="633479" cy="411480"/>
                <wp:effectExtent l="0" t="0" r="0" b="0"/>
                <wp:wrapNone/>
                <wp:docPr id="2501" name="Text 250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79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4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49"/>
                                <w:szCs w:val="49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5247741</wp:posOffset>
                </wp:positionV>
                <wp:extent cx="913535" cy="274320"/>
                <wp:effectExtent l="0" t="0" r="0" b="0"/>
                <wp:wrapNone/>
                <wp:docPr id="2502" name="Text 250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353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37"/>
                                <w:szCs w:val="37"/>
                              </w:rPr>
                              <w:t xml:space="preserve">Milk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5595213</wp:posOffset>
                </wp:positionV>
                <wp:extent cx="4090511" cy="182879"/>
                <wp:effectExtent l="0" t="0" r="0" b="0"/>
                <wp:wrapNone/>
                <wp:docPr id="2503" name="Text 250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051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26"/>
                                <w:szCs w:val="26"/>
                              </w:rPr>
                              <w:t xml:space="preserve">Pour in 1 cup milk and bring back to a boil.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601732</wp:posOffset>
                </wp:positionH>
                <wp:positionV relativeFrom="page">
                  <wp:posOffset>6345021</wp:posOffset>
                </wp:positionV>
                <wp:extent cx="625335" cy="411480"/>
                <wp:effectExtent l="0" t="0" r="0" b="0"/>
                <wp:wrapNone/>
                <wp:docPr id="2504" name="Text 250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335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4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49"/>
                                <w:szCs w:val="49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6271869</wp:posOffset>
                </wp:positionV>
                <wp:extent cx="1410919" cy="274320"/>
                <wp:effectExtent l="0" t="0" r="0" b="0"/>
                <wp:wrapNone/>
                <wp:docPr id="2505" name="Text 250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0919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37"/>
                                <w:szCs w:val="37"/>
                              </w:rPr>
                              <w:t xml:space="preserve">Sweeten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6619341</wp:posOffset>
                </wp:positionV>
                <wp:extent cx="4565813" cy="182879"/>
                <wp:effectExtent l="0" t="0" r="0" b="0"/>
                <wp:wrapNone/>
                <wp:docPr id="2506" name="Text 250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6581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26"/>
                                <w:szCs w:val="26"/>
                              </w:rPr>
                              <w:t xml:space="preserve">Add sugar to taste and simmer 2 more minutes.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598017</wp:posOffset>
                </wp:positionH>
                <wp:positionV relativeFrom="page">
                  <wp:posOffset>7369149</wp:posOffset>
                </wp:positionV>
                <wp:extent cx="632764" cy="411480"/>
                <wp:effectExtent l="0" t="0" r="0" b="0"/>
                <wp:wrapNone/>
                <wp:docPr id="2507" name="Text 250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764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48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z w:val="49"/>
                                <w:szCs w:val="49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7295997</wp:posOffset>
                </wp:positionV>
                <wp:extent cx="1120025" cy="274320"/>
                <wp:effectExtent l="0" t="0" r="0" b="0"/>
                <wp:wrapNone/>
                <wp:docPr id="2508" name="Text 250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00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B1D10"/>
                                <w:sz w:val="37"/>
                                <w:szCs w:val="37"/>
                              </w:rPr>
                              <w:t xml:space="preserve">Strain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1453895</wp:posOffset>
                </wp:positionH>
                <wp:positionV relativeFrom="page">
                  <wp:posOffset>7643469</wp:posOffset>
                </wp:positionV>
                <wp:extent cx="2948782" cy="182879"/>
                <wp:effectExtent l="0" t="0" r="0" b="0"/>
                <wp:wrapNone/>
                <wp:docPr id="2509" name="Text 25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8782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26"/>
                                <w:szCs w:val="26"/>
                              </w:rPr>
                              <w:t xml:space="preserve">Strain into cups and serve hot.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2458235" cy="146304"/>
                <wp:effectExtent l="0" t="0" r="0" b="0"/>
                <wp:wrapNone/>
                <wp:docPr id="2510" name="Text 25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823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403E3C"/>
                                <w:spacing w:val="50"/>
                                <w:sz w:val="20"/>
                                <w:szCs w:val="20"/>
                              </w:rPr>
                              <w:t xml:space="preserve">RECIPE IN 6 STEPS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666597</wp:posOffset>
                </wp:positionV>
                <wp:extent cx="6042721" cy="768096"/>
                <wp:effectExtent l="0" t="0" r="0" b="0"/>
                <wp:wrapNone/>
                <wp:docPr id="2511" name="Text 25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2721" cy="768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09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D10"/>
                                <w:spacing w:val="51"/>
                                <w:sz w:val="92"/>
                                <w:szCs w:val="92"/>
                              </w:rPr>
                              <w:t xml:space="preserve">MASALA CHAI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1498701</wp:posOffset>
                </wp:positionV>
                <wp:extent cx="2794063" cy="182879"/>
                <wp:effectExtent l="0" t="0" r="0" b="0"/>
                <wp:wrapNone/>
                <wp:docPr id="2512" name="Text 25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4063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2B1D10"/>
                                <w:sz w:val="26"/>
                                <w:szCs w:val="26"/>
                              </w:rPr>
                              <w:t xml:space="preserve">Serves 2 · about 10 minutes.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Masala Chai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