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1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1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4809215</wp:posOffset>
                </wp:positionH>
                <wp:positionV relativeFrom="page">
                  <wp:posOffset>3002889</wp:posOffset>
                </wp:positionV>
                <wp:extent cx="713907" cy="192024"/>
                <wp:effectExtent l="0" t="0" r="0" b="0"/>
                <wp:wrapNone/>
                <wp:docPr id="2514" name="Text 25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0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25m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5978861</wp:posOffset>
                </wp:positionH>
                <wp:positionV relativeFrom="page">
                  <wp:posOffset>4507992</wp:posOffset>
                </wp:positionV>
                <wp:extent cx="614814" cy="192024"/>
                <wp:effectExtent l="0" t="0" r="0" b="0"/>
                <wp:wrapNone/>
                <wp:docPr id="2515" name="Text 25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1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5820541</wp:posOffset>
                </wp:positionH>
                <wp:positionV relativeFrom="page">
                  <wp:posOffset>6380683</wp:posOffset>
                </wp:positionV>
                <wp:extent cx="713907" cy="192024"/>
                <wp:effectExtent l="0" t="0" r="0" b="0"/>
                <wp:wrapNone/>
                <wp:docPr id="2516" name="Text 25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0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25m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4581658</wp:posOffset>
                </wp:positionH>
                <wp:positionV relativeFrom="page">
                  <wp:posOffset>7745882</wp:posOffset>
                </wp:positionV>
                <wp:extent cx="614814" cy="192024"/>
                <wp:effectExtent l="0" t="0" r="0" b="0"/>
                <wp:wrapNone/>
                <wp:docPr id="2517" name="Text 25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1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2668604</wp:posOffset>
                </wp:positionH>
                <wp:positionV relativeFrom="page">
                  <wp:posOffset>7963509</wp:posOffset>
                </wp:positionV>
                <wp:extent cx="713907" cy="192024"/>
                <wp:effectExtent l="0" t="0" r="0" b="0"/>
                <wp:wrapNone/>
                <wp:docPr id="2518" name="Text 25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0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25m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1150829</wp:posOffset>
                </wp:positionH>
                <wp:positionV relativeFrom="page">
                  <wp:posOffset>6932066</wp:posOffset>
                </wp:positionV>
                <wp:extent cx="614814" cy="192024"/>
                <wp:effectExtent l="0" t="0" r="0" b="0"/>
                <wp:wrapNone/>
                <wp:docPr id="2519" name="Text 25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1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562741</wp:posOffset>
                </wp:positionH>
                <wp:positionV relativeFrom="page">
                  <wp:posOffset>5135270</wp:posOffset>
                </wp:positionV>
                <wp:extent cx="713907" cy="192024"/>
                <wp:effectExtent l="0" t="0" r="0" b="0"/>
                <wp:wrapNone/>
                <wp:docPr id="2520" name="Text 25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0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25m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2070587</wp:posOffset>
                </wp:positionH>
                <wp:positionV relativeFrom="page">
                  <wp:posOffset>2842869</wp:posOffset>
                </wp:positionV>
                <wp:extent cx="713907" cy="192024"/>
                <wp:effectExtent l="0" t="0" r="0" b="0"/>
                <wp:wrapNone/>
                <wp:docPr id="2521" name="Text 25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0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z w:val="26"/>
                                <w:szCs w:val="26"/>
                              </w:rPr>
                              <w:t xml:space="preserve">20m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2174614" cy="146304"/>
                <wp:effectExtent l="0" t="0" r="0" b="0"/>
                <wp:wrapNone/>
                <wp:docPr id="2522" name="Text 25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61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A4CD6"/>
                                <w:spacing w:val="50"/>
                                <w:sz w:val="20"/>
                                <w:szCs w:val="20"/>
                              </w:rPr>
                              <w:t xml:space="preserve">STUDY TECHNIQUE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736092</wp:posOffset>
                </wp:positionV>
                <wp:extent cx="6775704" cy="585216"/>
                <wp:effectExtent l="0" t="0" r="0" b="0"/>
                <wp:wrapNone/>
                <wp:docPr id="2523" name="Text 25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85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2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13"/>
                                <w:sz w:val="77"/>
                                <w:szCs w:val="77"/>
                              </w:rPr>
                              <w:t xml:space="preserve">THE POMODORO CYCLE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1412748</wp:posOffset>
                </wp:positionV>
                <wp:extent cx="6387712" cy="201168"/>
                <wp:effectExtent l="0" t="0" r="0" b="0"/>
                <wp:wrapNone/>
                <wp:docPr id="2524" name="Text 25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771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51B45"/>
                                <w:sz w:val="26"/>
                                <w:szCs w:val="26"/>
                              </w:rPr>
                              <w:t xml:space="preserve">Four focused blocks, short breaks between, one long break.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2541860</wp:posOffset>
                </wp:positionH>
                <wp:positionV relativeFrom="page">
                  <wp:posOffset>4882895</wp:posOffset>
                </wp:positionV>
                <wp:extent cx="2222334" cy="530352"/>
                <wp:effectExtent l="0" t="0" r="0" b="0"/>
                <wp:wrapNone/>
                <wp:docPr id="2525" name="Text 25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334" cy="530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35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69"/>
                                <w:szCs w:val="69"/>
                              </w:rPr>
                              <w:t xml:space="preserve">2h 15m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2904963</wp:posOffset>
                </wp:positionH>
                <wp:positionV relativeFrom="page">
                  <wp:posOffset>5513832</wp:posOffset>
                </wp:positionV>
                <wp:extent cx="1505273" cy="201168"/>
                <wp:effectExtent l="0" t="0" r="0" b="0"/>
                <wp:wrapNone/>
                <wp:docPr id="2526" name="Text 25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5273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65607C"/>
                                <w:sz w:val="26"/>
                                <w:szCs w:val="26"/>
                              </w:rPr>
                              <w:t xml:space="preserve">one full cycle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8549640</wp:posOffset>
                </wp:positionV>
                <wp:extent cx="1412062" cy="173736"/>
                <wp:effectExtent l="0" t="0" r="0" b="0"/>
                <wp:wrapNone/>
                <wp:docPr id="2527" name="Text 25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06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23"/>
                                <w:szCs w:val="23"/>
                              </w:rPr>
                              <w:t xml:space="preserve">Focus 25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3044952</wp:posOffset>
                </wp:positionH>
                <wp:positionV relativeFrom="page">
                  <wp:posOffset>8549640</wp:posOffset>
                </wp:positionV>
                <wp:extent cx="1428349" cy="173736"/>
                <wp:effectExtent l="0" t="0" r="0" b="0"/>
                <wp:wrapNone/>
                <wp:docPr id="2528" name="Text 25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34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23"/>
                                <w:szCs w:val="23"/>
                              </w:rPr>
                              <w:t xml:space="preserve">Short break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5239512</wp:posOffset>
                </wp:positionH>
                <wp:positionV relativeFrom="page">
                  <wp:posOffset>8549640</wp:posOffset>
                </wp:positionV>
                <wp:extent cx="1499304" cy="173736"/>
                <wp:effectExtent l="0" t="0" r="0" b="0"/>
                <wp:wrapNone/>
                <wp:docPr id="2529" name="Text 25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30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23"/>
                                <w:szCs w:val="23"/>
                              </w:rPr>
                              <w:t xml:space="preserve">Long break 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Pomodoro Cycle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