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54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54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3318129</wp:posOffset>
                </wp:positionH>
                <wp:positionV relativeFrom="page">
                  <wp:posOffset>3145535</wp:posOffset>
                </wp:positionV>
                <wp:extent cx="678942" cy="402336"/>
                <wp:effectExtent l="0" t="0" r="0" b="0"/>
                <wp:wrapNone/>
                <wp:docPr id="2546" name="Text 25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942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58"/>
                                <w:szCs w:val="58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2860571</wp:posOffset>
                </wp:positionH>
                <wp:positionV relativeFrom="page">
                  <wp:posOffset>2368296</wp:posOffset>
                </wp:positionV>
                <wp:extent cx="1594056" cy="219456"/>
                <wp:effectExtent l="0" t="0" r="0" b="0"/>
                <wp:wrapNone/>
                <wp:docPr id="2547" name="Text 25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4056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8F3F1"/>
                                <w:sz w:val="29"/>
                                <w:szCs w:val="29"/>
                              </w:rPr>
                              <w:t xml:space="preserve">Evaporation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5055489</wp:posOffset>
                </wp:positionH>
                <wp:positionV relativeFrom="page">
                  <wp:posOffset>4882895</wp:posOffset>
                </wp:positionV>
                <wp:extent cx="678942" cy="402336"/>
                <wp:effectExtent l="0" t="0" r="0" b="0"/>
                <wp:wrapNone/>
                <wp:docPr id="2548" name="Text 25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942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58"/>
                                <w:szCs w:val="58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4486017</wp:posOffset>
                </wp:positionH>
                <wp:positionV relativeFrom="page">
                  <wp:posOffset>4105655</wp:posOffset>
                </wp:positionV>
                <wp:extent cx="1817884" cy="219456"/>
                <wp:effectExtent l="0" t="0" r="0" b="0"/>
                <wp:wrapNone/>
                <wp:docPr id="2549" name="Text 25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788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8F3F1"/>
                                <w:sz w:val="29"/>
                                <w:szCs w:val="29"/>
                              </w:rPr>
                              <w:t xml:space="preserve">Condensation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3318129</wp:posOffset>
                </wp:positionH>
                <wp:positionV relativeFrom="page">
                  <wp:posOffset>6620256</wp:posOffset>
                </wp:positionV>
                <wp:extent cx="678942" cy="402336"/>
                <wp:effectExtent l="0" t="0" r="0" b="0"/>
                <wp:wrapNone/>
                <wp:docPr id="2550" name="Text 25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942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58"/>
                                <w:szCs w:val="58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2808465</wp:posOffset>
                </wp:positionH>
                <wp:positionV relativeFrom="page">
                  <wp:posOffset>7671815</wp:posOffset>
                </wp:positionV>
                <wp:extent cx="1698269" cy="219456"/>
                <wp:effectExtent l="0" t="0" r="0" b="0"/>
                <wp:wrapNone/>
                <wp:docPr id="2551" name="Text 25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269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8F3F1"/>
                                <w:sz w:val="29"/>
                                <w:szCs w:val="29"/>
                              </w:rPr>
                              <w:t xml:space="preserve">Precipitation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1580769</wp:posOffset>
                </wp:positionH>
                <wp:positionV relativeFrom="page">
                  <wp:posOffset>4882895</wp:posOffset>
                </wp:positionV>
                <wp:extent cx="685800" cy="402336"/>
                <wp:effectExtent l="0" t="0" r="0" b="0"/>
                <wp:wrapNone/>
                <wp:docPr id="2552" name="Text 25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58"/>
                                <w:szCs w:val="58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1217866</wp:posOffset>
                </wp:positionH>
                <wp:positionV relativeFrom="page">
                  <wp:posOffset>4105655</wp:posOffset>
                </wp:positionV>
                <wp:extent cx="1404747" cy="219456"/>
                <wp:effectExtent l="0" t="0" r="0" b="0"/>
                <wp:wrapNone/>
                <wp:docPr id="2553" name="Text 25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4747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8F3F1"/>
                                <w:sz w:val="29"/>
                                <w:szCs w:val="29"/>
                              </w:rPr>
                              <w:t xml:space="preserve">Collection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3207886</wp:posOffset>
                </wp:positionH>
                <wp:positionV relativeFrom="page">
                  <wp:posOffset>4974336</wp:posOffset>
                </wp:positionV>
                <wp:extent cx="899426" cy="274320"/>
                <wp:effectExtent l="0" t="0" r="0" b="0"/>
                <wp:wrapNone/>
                <wp:docPr id="2554" name="Text 25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426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37"/>
                                <w:szCs w:val="37"/>
                              </w:rPr>
                              <w:t xml:space="preserve">H₂O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2458235" cy="146304"/>
                <wp:effectExtent l="0" t="0" r="0" b="0"/>
                <wp:wrapNone/>
                <wp:docPr id="2555" name="Text 25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823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FD1C3"/>
                                <w:spacing w:val="50"/>
                                <w:sz w:val="20"/>
                                <w:szCs w:val="20"/>
                              </w:rPr>
                              <w:t xml:space="preserve">SCIENCE EXPLAINED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711403</wp:posOffset>
                </wp:positionV>
                <wp:extent cx="6775704" cy="713232"/>
                <wp:effectExtent l="0" t="0" r="0" b="0"/>
                <wp:wrapNone/>
                <wp:docPr id="2556" name="Text 25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713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2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8F3F1"/>
                                <w:spacing w:val="54"/>
                                <w:sz w:val="92"/>
                                <w:szCs w:val="92"/>
                              </w:rPr>
                              <w:t xml:space="preserve">THE WATER CYCLE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1488643</wp:posOffset>
                </wp:positionV>
                <wp:extent cx="6496926" cy="439826"/>
                <wp:effectExtent l="0" t="0" r="0" b="0"/>
                <wp:wrapNone/>
                <wp:docPr id="2557" name="Text 25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926" cy="4398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26"/>
                                <w:szCs w:val="26"/>
                              </w:rPr>
                              <w:t xml:space="preserve">Water keeps moving between land, sea and sky in four main</w:t>
                            </w:r>
                          </w:p>
                          <w:p>
                            <w:pPr>
                              <w:spacing w:before="0" w:after="0" w:line="37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26"/>
                                <w:szCs w:val="26"/>
                              </w:rPr>
                              <w:t xml:space="preserve">stages.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8449056</wp:posOffset>
                </wp:positionV>
                <wp:extent cx="5376043" cy="182879"/>
                <wp:effectExtent l="0" t="0" r="0" b="0"/>
                <wp:wrapNone/>
                <wp:docPr id="2558" name="Text 25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604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82A9B0"/>
                                <w:sz w:val="24"/>
                                <w:szCs w:val="24"/>
                              </w:rPr>
                              <w:t xml:space="preserve">The same water has been cycling for billions of years.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Water Cycle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