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2559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2559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684571</wp:posOffset>
                </wp:positionH>
                <wp:positionV relativeFrom="page">
                  <wp:posOffset>2414930</wp:posOffset>
                </wp:positionV>
                <wp:extent cx="569385" cy="274320"/>
                <wp:effectExtent l="0" t="0" r="0" b="0"/>
                <wp:wrapNone/>
                <wp:docPr id="2560" name="Text 25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1380744</wp:posOffset>
                </wp:positionH>
                <wp:positionV relativeFrom="page">
                  <wp:posOffset>2332634</wp:posOffset>
                </wp:positionV>
                <wp:extent cx="2090132" cy="520293"/>
                <wp:effectExtent l="0" t="0" r="0" b="0"/>
                <wp:wrapNone/>
                <wp:docPr id="2561" name="Text 25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0132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Same wake time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daily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3903259</wp:posOffset>
                </wp:positionH>
                <wp:positionV relativeFrom="page">
                  <wp:posOffset>2414930</wp:posOffset>
                </wp:positionV>
                <wp:extent cx="569385" cy="274320"/>
                <wp:effectExtent l="0" t="0" r="0" b="0"/>
                <wp:wrapNone/>
                <wp:docPr id="2562" name="Text 25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4599432</wp:posOffset>
                </wp:positionH>
                <wp:positionV relativeFrom="page">
                  <wp:posOffset>2332634</wp:posOffset>
                </wp:positionV>
                <wp:extent cx="2198255" cy="228600"/>
                <wp:effectExtent l="0" t="0" r="0" b="0"/>
                <wp:wrapNone/>
                <wp:docPr id="2563" name="Text 25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825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Morning sunlight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684571</wp:posOffset>
                </wp:positionH>
                <wp:positionV relativeFrom="page">
                  <wp:posOffset>4015130</wp:posOffset>
                </wp:positionV>
                <wp:extent cx="569385" cy="274320"/>
                <wp:effectExtent l="0" t="0" r="0" b="0"/>
                <wp:wrapNone/>
                <wp:docPr id="2564" name="Text 25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1380744</wp:posOffset>
                </wp:positionH>
                <wp:positionV relativeFrom="page">
                  <wp:posOffset>3932834</wp:posOffset>
                </wp:positionV>
                <wp:extent cx="1973303" cy="520293"/>
                <wp:effectExtent l="0" t="0" r="0" b="0"/>
                <wp:wrapNone/>
                <wp:docPr id="2565" name="Text 256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3303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Caffeine before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noon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3903259</wp:posOffset>
                </wp:positionH>
                <wp:positionV relativeFrom="page">
                  <wp:posOffset>4015130</wp:posOffset>
                </wp:positionV>
                <wp:extent cx="574243" cy="274320"/>
                <wp:effectExtent l="0" t="0" r="0" b="0"/>
                <wp:wrapNone/>
                <wp:docPr id="2566" name="Text 256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4243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4599432</wp:posOffset>
                </wp:positionH>
                <wp:positionV relativeFrom="page">
                  <wp:posOffset>3932834</wp:posOffset>
                </wp:positionV>
                <wp:extent cx="1648522" cy="520293"/>
                <wp:effectExtent l="0" t="0" r="0" b="0"/>
                <wp:wrapNone/>
                <wp:docPr id="2567" name="Text 256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8522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Dim lights at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night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684571</wp:posOffset>
                </wp:positionH>
                <wp:positionV relativeFrom="page">
                  <wp:posOffset>5615330</wp:posOffset>
                </wp:positionV>
                <wp:extent cx="569385" cy="274320"/>
                <wp:effectExtent l="0" t="0" r="0" b="0"/>
                <wp:wrapNone/>
                <wp:docPr id="2568" name="Text 256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1380744</wp:posOffset>
                </wp:positionH>
                <wp:positionV relativeFrom="page">
                  <wp:posOffset>5533034</wp:posOffset>
                </wp:positionV>
                <wp:extent cx="2051290" cy="520293"/>
                <wp:effectExtent l="0" t="0" r="0" b="0"/>
                <wp:wrapNone/>
                <wp:docPr id="2569" name="Text 256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290" cy="5202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Screens off 1 hr</w:t>
                            </w:r>
                          </w:p>
                          <w:p>
                            <w:pPr>
                              <w:spacing w:before="0" w:after="0" w:line="459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early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3903259</wp:posOffset>
                </wp:positionH>
                <wp:positionV relativeFrom="page">
                  <wp:posOffset>5615330</wp:posOffset>
                </wp:positionV>
                <wp:extent cx="569385" cy="274320"/>
                <wp:effectExtent l="0" t="0" r="0" b="0"/>
                <wp:wrapNone/>
                <wp:docPr id="2570" name="Text 257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4599432</wp:posOffset>
                </wp:positionH>
                <wp:positionV relativeFrom="page">
                  <wp:posOffset>5533034</wp:posOffset>
                </wp:positionV>
                <wp:extent cx="2074716" cy="228600"/>
                <wp:effectExtent l="0" t="0" r="0" b="0"/>
                <wp:wrapNone/>
                <wp:docPr id="2571" name="Text 257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471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Cool, dark room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684571</wp:posOffset>
                </wp:positionH>
                <wp:positionV relativeFrom="page">
                  <wp:posOffset>7215530</wp:posOffset>
                </wp:positionV>
                <wp:extent cx="569385" cy="274320"/>
                <wp:effectExtent l="0" t="0" r="0" b="0"/>
                <wp:wrapNone/>
                <wp:docPr id="2572" name="Text 257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1380744</wp:posOffset>
                </wp:positionH>
                <wp:positionV relativeFrom="page">
                  <wp:posOffset>7133234</wp:posOffset>
                </wp:positionV>
                <wp:extent cx="2054656" cy="228600"/>
                <wp:effectExtent l="0" t="0" r="0" b="0"/>
                <wp:wrapNone/>
                <wp:docPr id="2573" name="Text 257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4656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Short naps only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3903259</wp:posOffset>
                </wp:positionH>
                <wp:positionV relativeFrom="page">
                  <wp:posOffset>7215530</wp:posOffset>
                </wp:positionV>
                <wp:extent cx="569385" cy="274320"/>
                <wp:effectExtent l="0" t="0" r="0" b="0"/>
                <wp:wrapNone/>
                <wp:docPr id="2574" name="Text 257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38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31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FFFFF"/>
                                <w:sz w:val="37"/>
                                <w:szCs w:val="37"/>
                              </w:rPr>
                              <w:t xml:space="preserve"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4599432</wp:posOffset>
                </wp:positionH>
                <wp:positionV relativeFrom="page">
                  <wp:posOffset>7133234</wp:posOffset>
                </wp:positionV>
                <wp:extent cx="2434861" cy="228600"/>
                <wp:effectExtent l="0" t="0" r="0" b="0"/>
                <wp:wrapNone/>
                <wp:docPr id="2575" name="Text 257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4861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B1F24"/>
                                <w:sz w:val="32"/>
                                <w:szCs w:val="32"/>
                              </w:rPr>
                              <w:t xml:space="preserve">Wind-down routine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521208</wp:posOffset>
                </wp:positionV>
                <wp:extent cx="1395002" cy="146304"/>
                <wp:effectExtent l="0" t="0" r="0" b="0"/>
                <wp:wrapNone/>
                <wp:docPr id="2576" name="Text 257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5002" cy="1463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30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A14956"/>
                                <w:spacing w:val="50"/>
                                <w:sz w:val="20"/>
                                <w:szCs w:val="20"/>
                              </w:rPr>
                              <w:t xml:space="preserve">WELLBEING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769010</wp:posOffset>
                </wp:positionV>
                <wp:extent cx="6775704" cy="557784"/>
                <wp:effectExtent l="0" t="0" r="0" b="0"/>
                <wp:wrapNone/>
                <wp:docPr id="2577" name="Text 257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5704" cy="5577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78" w:lineRule="exact"/>
                              <w:jc w:val="left"/>
                            </w:pPr>
                            <w:r>
                              <w:rPr>
                                <w:rFonts w:ascii="Georgia" w:hAnsi="Georgia" w:cs="Georgia" w:eastAsia="Georgia"/>
                                <w:b/>
                                <w:bCs/>
                                <w:color w:val="3B1F24"/>
                                <w:spacing w:val="63"/>
                                <w:sz w:val="79"/>
                                <w:szCs w:val="79"/>
                              </w:rPr>
                              <w:t xml:space="preserve">8 Habits for Better Sleep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1436522</wp:posOffset>
                </wp:positionV>
                <wp:extent cx="5541306" cy="182879"/>
                <wp:effectExtent l="0" t="0" r="0" b="0"/>
                <wp:wrapNone/>
                <wp:docPr id="2578" name="Text 257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1306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3B1F24"/>
                                <w:sz w:val="26"/>
                                <w:szCs w:val="26"/>
                              </w:rPr>
                              <w:t xml:space="preserve">Simple changes that sleep guides commonly recommend.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 Habits for Better Sleep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