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57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7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777240</wp:posOffset>
                </wp:positionH>
                <wp:positionV relativeFrom="page">
                  <wp:posOffset>2211019</wp:posOffset>
                </wp:positionV>
                <wp:extent cx="1759762" cy="877824"/>
                <wp:effectExtent l="0" t="0" r="0" b="0"/>
                <wp:wrapNone/>
                <wp:docPr id="2580" name="Text 25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762" cy="877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38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FFFFF"/>
                                <w:sz w:val="92"/>
                                <w:szCs w:val="92"/>
                              </w:rPr>
                              <w:t xml:space="preserve">50%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2357323</wp:posOffset>
                </wp:positionV>
                <wp:extent cx="1220238" cy="283464"/>
                <wp:effectExtent l="0" t="0" r="0" b="0"/>
                <wp:wrapNone/>
                <wp:docPr id="2581" name="Text 25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238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Needs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2723083</wp:posOffset>
                </wp:positionV>
                <wp:extent cx="2459221" cy="173736"/>
                <wp:effectExtent l="0" t="0" r="0" b="0"/>
                <wp:wrapNone/>
                <wp:docPr id="2582" name="Text 25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22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4"/>
                                <w:szCs w:val="24"/>
                              </w:rPr>
                              <w:t xml:space="preserve">Rent, groceries, bills, EMIs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5089750</wp:posOffset>
                </wp:positionH>
                <wp:positionV relativeFrom="page">
                  <wp:posOffset>2457907</wp:posOffset>
                </wp:positionV>
                <wp:extent cx="1448209" cy="274320"/>
                <wp:effectExtent l="0" t="0" r="0" b="0"/>
                <wp:wrapNone/>
                <wp:docPr id="2583" name="Text 25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209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₹20,000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777240</wp:posOffset>
                </wp:positionH>
                <wp:positionV relativeFrom="page">
                  <wp:posOffset>5426049</wp:posOffset>
                </wp:positionV>
                <wp:extent cx="1759762" cy="877824"/>
                <wp:effectExtent l="0" t="0" r="0" b="0"/>
                <wp:wrapNone/>
                <wp:docPr id="2584" name="Text 25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762" cy="877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38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FFFFF"/>
                                <w:sz w:val="92"/>
                                <w:szCs w:val="92"/>
                              </w:rPr>
                              <w:t xml:space="preserve">30%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5572353</wp:posOffset>
                </wp:positionV>
                <wp:extent cx="1210379" cy="283464"/>
                <wp:effectExtent l="0" t="0" r="0" b="0"/>
                <wp:wrapNone/>
                <wp:docPr id="2585" name="Text 25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0379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Wants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5938113</wp:posOffset>
                </wp:positionV>
                <wp:extent cx="2392541" cy="173736"/>
                <wp:effectExtent l="0" t="0" r="0" b="0"/>
                <wp:wrapNone/>
                <wp:docPr id="2586" name="Text 25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54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4"/>
                                <w:szCs w:val="24"/>
                              </w:rPr>
                              <w:t xml:space="preserve">Eating out, shopping, trips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5089750</wp:posOffset>
                </wp:positionH>
                <wp:positionV relativeFrom="page">
                  <wp:posOffset>5672937</wp:posOffset>
                </wp:positionV>
                <wp:extent cx="1448209" cy="274320"/>
                <wp:effectExtent l="0" t="0" r="0" b="0"/>
                <wp:wrapNone/>
                <wp:docPr id="2587" name="Text 25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209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₹12,000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777240</wp:posOffset>
                </wp:positionH>
                <wp:positionV relativeFrom="page">
                  <wp:posOffset>7501737</wp:posOffset>
                </wp:positionV>
                <wp:extent cx="1457682" cy="685800"/>
                <wp:effectExtent l="0" t="0" r="0" b="0"/>
                <wp:wrapNone/>
                <wp:docPr id="2588" name="Text 25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682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80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  <w:t xml:space="preserve">20%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7501737</wp:posOffset>
                </wp:positionV>
                <wp:extent cx="1433693" cy="283464"/>
                <wp:effectExtent l="0" t="0" r="0" b="0"/>
                <wp:wrapNone/>
                <wp:docPr id="2589" name="Text 25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693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Savings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7867497</wp:posOffset>
                </wp:positionV>
                <wp:extent cx="2639387" cy="173736"/>
                <wp:effectExtent l="0" t="0" r="0" b="0"/>
                <wp:wrapNone/>
                <wp:docPr id="2590" name="Text 25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38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4"/>
                                <w:szCs w:val="24"/>
                              </w:rPr>
                              <w:t xml:space="preserve">SIPs, emergency fund, goals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5232911</wp:posOffset>
                </wp:positionH>
                <wp:positionV relativeFrom="page">
                  <wp:posOffset>7602321</wp:posOffset>
                </wp:positionV>
                <wp:extent cx="1305048" cy="274320"/>
                <wp:effectExtent l="0" t="0" r="0" b="0"/>
                <wp:wrapNone/>
                <wp:docPr id="2591" name="Text 25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5048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₹8,000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749275" cy="146304"/>
                <wp:effectExtent l="0" t="0" r="0" b="0"/>
                <wp:wrapNone/>
                <wp:docPr id="2592" name="Text 25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27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B54023"/>
                                <w:spacing w:val="50"/>
                                <w:sz w:val="20"/>
                                <w:szCs w:val="20"/>
                              </w:rPr>
                              <w:t xml:space="preserve">MONEY BASICS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601675</wp:posOffset>
                </wp:positionV>
                <wp:extent cx="6775704" cy="832104"/>
                <wp:effectExtent l="0" t="0" r="0" b="0"/>
                <wp:wrapNone/>
                <wp:docPr id="2593" name="Text 25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832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310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1F1C12"/>
                                <w:spacing w:val="85"/>
                                <w:sz w:val="86"/>
                                <w:szCs w:val="86"/>
                              </w:rPr>
                              <w:t xml:space="preserve">THE 50 / 30 / 20 BUDGET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1470355</wp:posOffset>
                </wp:positionV>
                <wp:extent cx="5926654" cy="421538"/>
                <wp:effectExtent l="0" t="0" r="0" b="0"/>
                <wp:wrapNone/>
                <wp:docPr id="2594" name="Text 25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6654" cy="421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26"/>
                                <w:szCs w:val="26"/>
                              </w:rPr>
                              <w:t xml:space="preserve">A simple way to split take-home pay. Example uses ₹40,000 a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26"/>
                                <w:szCs w:val="26"/>
                              </w:rPr>
                              <w:t xml:space="preserve">month.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50 / 30 / 20 Budget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