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59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59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1106423</wp:posOffset>
                </wp:positionH>
                <wp:positionV relativeFrom="page">
                  <wp:posOffset>3328416</wp:posOffset>
                </wp:positionV>
                <wp:extent cx="1263929" cy="182879"/>
                <wp:effectExtent l="0" t="0" r="0" b="0"/>
                <wp:wrapNone/>
                <wp:docPr id="2596" name="Text 25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3929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z w:val="24"/>
                                <w:szCs w:val="24"/>
                              </w:rPr>
                              <w:t xml:space="preserve">Main Gate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2935224</wp:posOffset>
                </wp:positionH>
                <wp:positionV relativeFrom="page">
                  <wp:posOffset>3328416</wp:posOffset>
                </wp:positionV>
                <wp:extent cx="1076763" cy="182879"/>
                <wp:effectExtent l="0" t="0" r="0" b="0"/>
                <wp:wrapNone/>
                <wp:docPr id="2597" name="Text 25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76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z w:val="24"/>
                                <w:szCs w:val="24"/>
                              </w:rPr>
                              <w:t xml:space="preserve">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3849624</wp:posOffset>
                </wp:positionH>
                <wp:positionV relativeFrom="page">
                  <wp:posOffset>4242816</wp:posOffset>
                </wp:positionV>
                <wp:extent cx="889596" cy="182879"/>
                <wp:effectExtent l="0" t="0" r="0" b="0"/>
                <wp:wrapNone/>
                <wp:docPr id="2598" name="Text 25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596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z w:val="24"/>
                                <w:szCs w:val="24"/>
                              </w:rPr>
                              <w:t xml:space="preserve">Admin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3849624</wp:posOffset>
                </wp:positionH>
                <wp:positionV relativeFrom="page">
                  <wp:posOffset>6986015</wp:posOffset>
                </wp:positionV>
                <wp:extent cx="1076763" cy="182879"/>
                <wp:effectExtent l="0" t="0" r="0" b="0"/>
                <wp:wrapNone/>
                <wp:docPr id="2599" name="Text 25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76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z w:val="24"/>
                                <w:szCs w:val="24"/>
                              </w:rPr>
                              <w:t xml:space="preserve">Hostels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6592824</wp:posOffset>
                </wp:positionH>
                <wp:positionV relativeFrom="page">
                  <wp:posOffset>6986015</wp:posOffset>
                </wp:positionV>
                <wp:extent cx="685800" cy="182879"/>
                <wp:effectExtent l="0" t="0" r="0" b="0"/>
                <wp:wrapNone/>
                <wp:docPr id="2600" name="Text 26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z w:val="24"/>
                                <w:szCs w:val="24"/>
                              </w:rPr>
                              <w:t xml:space="preserve">Sports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1106423</wp:posOffset>
                </wp:positionH>
                <wp:positionV relativeFrom="page">
                  <wp:posOffset>6071616</wp:posOffset>
                </wp:positionV>
                <wp:extent cx="796013" cy="182879"/>
                <wp:effectExtent l="0" t="0" r="0" b="0"/>
                <wp:wrapNone/>
                <wp:docPr id="2601" name="Text 26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01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z w:val="24"/>
                                <w:szCs w:val="24"/>
                              </w:rPr>
                              <w:t xml:space="preserve">Labs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2935224</wp:posOffset>
                </wp:positionH>
                <wp:positionV relativeFrom="page">
                  <wp:posOffset>6071616</wp:posOffset>
                </wp:positionV>
                <wp:extent cx="1076763" cy="182879"/>
                <wp:effectExtent l="0" t="0" r="0" b="0"/>
                <wp:wrapNone/>
                <wp:docPr id="2602" name="Text 26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76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z w:val="24"/>
                                <w:szCs w:val="24"/>
                              </w:rPr>
                              <w:t xml:space="preserve">Canteen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5678424</wp:posOffset>
                </wp:positionH>
                <wp:positionV relativeFrom="page">
                  <wp:posOffset>5157216</wp:posOffset>
                </wp:positionV>
                <wp:extent cx="1357512" cy="182879"/>
                <wp:effectExtent l="0" t="0" r="0" b="0"/>
                <wp:wrapNone/>
                <wp:docPr id="2603" name="Text 26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7512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z w:val="24"/>
                                <w:szCs w:val="24"/>
                              </w:rPr>
                              <w:t xml:space="preserve">Auditorium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6592824</wp:posOffset>
                </wp:positionH>
                <wp:positionV relativeFrom="page">
                  <wp:posOffset>4242816</wp:posOffset>
                </wp:positionV>
                <wp:extent cx="685800" cy="182879"/>
                <wp:effectExtent l="0" t="0" r="0" b="0"/>
                <wp:wrapNone/>
                <wp:docPr id="2604" name="Text 26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z w:val="24"/>
                                <w:szCs w:val="24"/>
                              </w:rPr>
                              <w:t xml:space="preserve">Parking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5312664</wp:posOffset>
                </wp:positionH>
                <wp:positionV relativeFrom="page">
                  <wp:posOffset>2688335</wp:posOffset>
                </wp:positionV>
                <wp:extent cx="1076763" cy="182879"/>
                <wp:effectExtent l="0" t="0" r="0" b="0"/>
                <wp:wrapNone/>
                <wp:docPr id="2605" name="Text 26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76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z w:val="24"/>
                                <w:szCs w:val="24"/>
                              </w:rPr>
                              <w:t xml:space="preserve">Medical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176975" cy="146304"/>
                <wp:effectExtent l="0" t="0" r="0" b="0"/>
                <wp:wrapNone/>
                <wp:docPr id="2606" name="Text 26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697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03E28"/>
                                <w:spacing w:val="50"/>
                                <w:sz w:val="20"/>
                                <w:szCs w:val="20"/>
                              </w:rPr>
                              <w:t xml:space="preserve">DIAGRAM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738835</wp:posOffset>
                </wp:positionV>
                <wp:extent cx="6775704" cy="676656"/>
                <wp:effectExtent l="0" t="0" r="0" b="0"/>
                <wp:wrapNone/>
                <wp:docPr id="2607" name="Text 26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6766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6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pacing w:val="-1"/>
                                <w:sz w:val="92"/>
                                <w:szCs w:val="92"/>
                              </w:rPr>
                              <w:t xml:space="preserve">CAMPUS SHUTTLE MAP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1488643</wp:posOffset>
                </wp:positionV>
                <wp:extent cx="6775704" cy="192024"/>
                <wp:effectExtent l="0" t="0" r="0" b="0"/>
                <wp:wrapNone/>
                <wp:docPr id="2608" name="Text 26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6181A"/>
                                <w:sz w:val="26"/>
                                <w:szCs w:val="26"/>
                              </w:rPr>
                              <w:t xml:space="preserve">A sample transit-style diagram — swap in your own stops.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 Shuttle Map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