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61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61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3323386</wp:posOffset>
                </wp:positionH>
                <wp:positionV relativeFrom="page">
                  <wp:posOffset>3310128</wp:posOffset>
                </wp:positionV>
                <wp:extent cx="668426" cy="228600"/>
                <wp:effectExtent l="0" t="0" r="0" b="0"/>
                <wp:wrapNone/>
                <wp:docPr id="2620" name="Text 26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2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2984801</wp:posOffset>
                </wp:positionH>
                <wp:positionV relativeFrom="page">
                  <wp:posOffset>3602736</wp:posOffset>
                </wp:positionV>
                <wp:extent cx="1345596" cy="201168"/>
                <wp:effectExtent l="0" t="0" r="0" b="0"/>
                <wp:wrapNone/>
                <wp:docPr id="2621" name="Text 26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5596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Empathise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5323179</wp:posOffset>
                </wp:positionH>
                <wp:positionV relativeFrom="page">
                  <wp:posOffset>4763109</wp:posOffset>
                </wp:positionV>
                <wp:extent cx="668426" cy="228600"/>
                <wp:effectExtent l="0" t="0" r="0" b="0"/>
                <wp:wrapNone/>
                <wp:docPr id="2622" name="Text 26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2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5167617</wp:posOffset>
                </wp:positionH>
                <wp:positionV relativeFrom="page">
                  <wp:posOffset>5055717</wp:posOffset>
                </wp:positionV>
                <wp:extent cx="979551" cy="201168"/>
                <wp:effectExtent l="0" t="0" r="0" b="0"/>
                <wp:wrapNone/>
                <wp:docPr id="2623" name="Text 26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9551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Define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4559655</wp:posOffset>
                </wp:positionH>
                <wp:positionV relativeFrom="page">
                  <wp:posOffset>7114946</wp:posOffset>
                </wp:positionV>
                <wp:extent cx="668426" cy="228600"/>
                <wp:effectExtent l="0" t="0" r="0" b="0"/>
                <wp:wrapNone/>
                <wp:docPr id="2624" name="Text 26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2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4419238</wp:posOffset>
                </wp:positionH>
                <wp:positionV relativeFrom="page">
                  <wp:posOffset>7407554</wp:posOffset>
                </wp:positionV>
                <wp:extent cx="949261" cy="201168"/>
                <wp:effectExtent l="0" t="0" r="0" b="0"/>
                <wp:wrapNone/>
                <wp:docPr id="2625" name="Text 26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261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Ideate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2087117</wp:posOffset>
                </wp:positionH>
                <wp:positionV relativeFrom="page">
                  <wp:posOffset>7114946</wp:posOffset>
                </wp:positionV>
                <wp:extent cx="668426" cy="228600"/>
                <wp:effectExtent l="0" t="0" r="0" b="0"/>
                <wp:wrapNone/>
                <wp:docPr id="2626" name="Text 26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2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1784251</wp:posOffset>
                </wp:positionH>
                <wp:positionV relativeFrom="page">
                  <wp:posOffset>7407554</wp:posOffset>
                </wp:positionV>
                <wp:extent cx="1274159" cy="201168"/>
                <wp:effectExtent l="0" t="0" r="0" b="0"/>
                <wp:wrapNone/>
                <wp:docPr id="2627" name="Text 26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159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Prototype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1323594</wp:posOffset>
                </wp:positionH>
                <wp:positionV relativeFrom="page">
                  <wp:posOffset>4763109</wp:posOffset>
                </wp:positionV>
                <wp:extent cx="668426" cy="228600"/>
                <wp:effectExtent l="0" t="0" r="0" b="0"/>
                <wp:wrapNone/>
                <wp:docPr id="2628" name="Text 26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42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32"/>
                                <w:szCs w:val="32"/>
                              </w:rPr>
                              <w:t xml:space="preserve">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1266258</wp:posOffset>
                </wp:positionH>
                <wp:positionV relativeFrom="page">
                  <wp:posOffset>5055717</wp:posOffset>
                </wp:positionV>
                <wp:extent cx="786187" cy="201168"/>
                <wp:effectExtent l="0" t="0" r="0" b="0"/>
                <wp:wrapNone/>
                <wp:docPr id="2629" name="Text 26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6187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29"/>
                                <w:szCs w:val="29"/>
                              </w:rPr>
                              <w:t xml:space="preserve">Test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176975" cy="146304"/>
                <wp:effectExtent l="0" t="0" r="0" b="0"/>
                <wp:wrapNone/>
                <wp:docPr id="2630" name="Text 26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697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8C3420"/>
                                <w:spacing w:val="50"/>
                                <w:sz w:val="20"/>
                                <w:szCs w:val="20"/>
                              </w:rPr>
                              <w:t xml:space="preserve">PROCESS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766267</wp:posOffset>
                </wp:positionV>
                <wp:extent cx="6775704" cy="521208"/>
                <wp:effectExtent l="0" t="0" r="0" b="0"/>
                <wp:wrapNone/>
                <wp:docPr id="2631" name="Text 26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5212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2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B14"/>
                                <w:spacing w:val="21"/>
                                <w:sz w:val="73"/>
                                <w:szCs w:val="73"/>
                              </w:rPr>
                              <w:t xml:space="preserve">Design Thinking in 5 Steps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1406347</wp:posOffset>
                </wp:positionV>
                <wp:extent cx="6196217" cy="182879"/>
                <wp:effectExtent l="0" t="0" r="0" b="0"/>
                <wp:wrapNone/>
                <wp:docPr id="2632" name="Text 26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621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B14"/>
                                <w:sz w:val="26"/>
                                <w:szCs w:val="26"/>
                              </w:rPr>
                              <w:t xml:space="preserve">A loop, not a line — go back whenever you learn something new.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Thinking in 5 Steps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