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63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63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2047341</wp:posOffset>
                </wp:positionV>
                <wp:extent cx="746093" cy="164592"/>
                <wp:effectExtent l="0" t="0" r="0" b="0"/>
                <wp:wrapNone/>
                <wp:docPr id="2634" name="Text 26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3"/>
                                <w:sz w:val="22"/>
                                <w:szCs w:val="22"/>
                              </w:rPr>
                              <w:t xml:space="preserve">JAN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1481885</wp:posOffset>
                </wp:positionH>
                <wp:positionV relativeFrom="page">
                  <wp:posOffset>2312517</wp:posOffset>
                </wp:positionV>
                <wp:extent cx="437797" cy="128016"/>
                <wp:effectExtent l="0" t="0" r="0" b="0"/>
                <wp:wrapNone/>
                <wp:docPr id="2635" name="Text 26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1746132</wp:posOffset>
                </wp:positionH>
                <wp:positionV relativeFrom="page">
                  <wp:posOffset>2312517</wp:posOffset>
                </wp:positionV>
                <wp:extent cx="459943" cy="128016"/>
                <wp:effectExtent l="0" t="0" r="0" b="0"/>
                <wp:wrapNone/>
                <wp:docPr id="2636" name="Text 26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2019881</wp:posOffset>
                </wp:positionH>
                <wp:positionV relativeFrom="page">
                  <wp:posOffset>2312517</wp:posOffset>
                </wp:positionV>
                <wp:extent cx="459943" cy="128016"/>
                <wp:effectExtent l="0" t="0" r="0" b="0"/>
                <wp:wrapNone/>
                <wp:docPr id="2637" name="Text 26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372532</wp:posOffset>
                </wp:positionH>
                <wp:positionV relativeFrom="page">
                  <wp:posOffset>2513685</wp:posOffset>
                </wp:positionV>
                <wp:extent cx="461943" cy="128016"/>
                <wp:effectExtent l="0" t="0" r="0" b="0"/>
                <wp:wrapNone/>
                <wp:docPr id="2638" name="Text 26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649495</wp:posOffset>
                </wp:positionH>
                <wp:positionV relativeFrom="page">
                  <wp:posOffset>2513685</wp:posOffset>
                </wp:positionV>
                <wp:extent cx="459943" cy="128016"/>
                <wp:effectExtent l="0" t="0" r="0" b="0"/>
                <wp:wrapNone/>
                <wp:docPr id="2639" name="Text 26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922458</wp:posOffset>
                </wp:positionH>
                <wp:positionV relativeFrom="page">
                  <wp:posOffset>2513685</wp:posOffset>
                </wp:positionV>
                <wp:extent cx="459943" cy="128016"/>
                <wp:effectExtent l="0" t="0" r="0" b="0"/>
                <wp:wrapNone/>
                <wp:docPr id="2640" name="Text 26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1199707</wp:posOffset>
                </wp:positionH>
                <wp:positionV relativeFrom="page">
                  <wp:posOffset>2513685</wp:posOffset>
                </wp:positionV>
                <wp:extent cx="453513" cy="128016"/>
                <wp:effectExtent l="0" t="0" r="0" b="0"/>
                <wp:wrapNone/>
                <wp:docPr id="2641" name="Text 26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1471098</wp:posOffset>
                </wp:positionH>
                <wp:positionV relativeFrom="page">
                  <wp:posOffset>2513685</wp:posOffset>
                </wp:positionV>
                <wp:extent cx="459943" cy="128016"/>
                <wp:effectExtent l="0" t="0" r="0" b="0"/>
                <wp:wrapNone/>
                <wp:docPr id="2642" name="Text 26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1745418</wp:posOffset>
                </wp:positionH>
                <wp:positionV relativeFrom="page">
                  <wp:posOffset>2513685</wp:posOffset>
                </wp:positionV>
                <wp:extent cx="459943" cy="128016"/>
                <wp:effectExtent l="0" t="0" r="0" b="0"/>
                <wp:wrapNone/>
                <wp:docPr id="2643" name="Text 26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1998092</wp:posOffset>
                </wp:positionH>
                <wp:positionV relativeFrom="page">
                  <wp:posOffset>2513685</wp:posOffset>
                </wp:positionV>
                <wp:extent cx="502662" cy="128016"/>
                <wp:effectExtent l="0" t="0" r="0" b="0"/>
                <wp:wrapNone/>
                <wp:docPr id="2644" name="Text 26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363745</wp:posOffset>
                </wp:positionH>
                <wp:positionV relativeFrom="page">
                  <wp:posOffset>2714853</wp:posOffset>
                </wp:positionV>
                <wp:extent cx="479517" cy="128016"/>
                <wp:effectExtent l="0" t="0" r="0" b="0"/>
                <wp:wrapNone/>
                <wp:docPr id="2645" name="Text 26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627992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646" name="Text 26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901741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647" name="Text 26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1174561</wp:posOffset>
                </wp:positionH>
                <wp:positionV relativeFrom="page">
                  <wp:posOffset>2714853</wp:posOffset>
                </wp:positionV>
                <wp:extent cx="503805" cy="128016"/>
                <wp:effectExtent l="0" t="0" r="0" b="0"/>
                <wp:wrapNone/>
                <wp:docPr id="2648" name="Text 26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1451595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649" name="Text 26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1724558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650" name="Text 26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2001807</wp:posOffset>
                </wp:positionH>
                <wp:positionV relativeFrom="page">
                  <wp:posOffset>2714853</wp:posOffset>
                </wp:positionV>
                <wp:extent cx="495233" cy="128016"/>
                <wp:effectExtent l="0" t="0" r="0" b="0"/>
                <wp:wrapNone/>
                <wp:docPr id="2651" name="Text 26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352958</wp:posOffset>
                </wp:positionH>
                <wp:positionV relativeFrom="page">
                  <wp:posOffset>2916021</wp:posOffset>
                </wp:positionV>
                <wp:extent cx="501689" cy="128016"/>
                <wp:effectExtent l="0" t="0" r="0" b="0"/>
                <wp:wrapNone/>
                <wp:docPr id="2652" name="Text 26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627278</wp:posOffset>
                </wp:positionH>
                <wp:positionV relativeFrom="page">
                  <wp:posOffset>2916021</wp:posOffset>
                </wp:positionV>
                <wp:extent cx="501689" cy="128016"/>
                <wp:effectExtent l="0" t="0" r="0" b="0"/>
                <wp:wrapNone/>
                <wp:docPr id="2653" name="Text 26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890668</wp:posOffset>
                </wp:positionH>
                <wp:positionV relativeFrom="page">
                  <wp:posOffset>2916021</wp:posOffset>
                </wp:positionV>
                <wp:extent cx="522951" cy="128016"/>
                <wp:effectExtent l="0" t="0" r="0" b="0"/>
                <wp:wrapNone/>
                <wp:docPr id="2654" name="Text 26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1176632</wp:posOffset>
                </wp:positionH>
                <wp:positionV relativeFrom="page">
                  <wp:posOffset>2916021</wp:posOffset>
                </wp:positionV>
                <wp:extent cx="499662" cy="128016"/>
                <wp:effectExtent l="0" t="0" r="0" b="0"/>
                <wp:wrapNone/>
                <wp:docPr id="2655" name="Text 26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1440808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656" name="Text 26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" behindDoc="0" locked="0" layoutInCell="1" allowOverlap="1">
                <wp:simplePos x="0" y="0"/>
                <wp:positionH relativeFrom="page">
                  <wp:posOffset>1714557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657" name="Text 26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" behindDoc="0" locked="0" layoutInCell="1" allowOverlap="1">
                <wp:simplePos x="0" y="0"/>
                <wp:positionH relativeFrom="page">
                  <wp:posOffset>1988234</wp:posOffset>
                </wp:positionH>
                <wp:positionV relativeFrom="page">
                  <wp:posOffset>2916021</wp:posOffset>
                </wp:positionV>
                <wp:extent cx="522379" cy="128016"/>
                <wp:effectExtent l="0" t="0" r="0" b="0"/>
                <wp:wrapNone/>
                <wp:docPr id="2658" name="Text 26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" behindDoc="0" locked="0" layoutInCell="1" allowOverlap="1">
                <wp:simplePos x="0" y="0"/>
                <wp:positionH relativeFrom="page">
                  <wp:posOffset>344171</wp:posOffset>
                </wp:positionH>
                <wp:positionV relativeFrom="page">
                  <wp:posOffset>3117189</wp:posOffset>
                </wp:positionV>
                <wp:extent cx="521924" cy="128016"/>
                <wp:effectExtent l="0" t="0" r="0" b="0"/>
                <wp:wrapNone/>
                <wp:docPr id="2659" name="Text 26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" behindDoc="0" locked="0" layoutInCell="1" allowOverlap="1">
                <wp:simplePos x="0" y="0"/>
                <wp:positionH relativeFrom="page">
                  <wp:posOffset>617134</wp:posOffset>
                </wp:positionH>
                <wp:positionV relativeFrom="page">
                  <wp:posOffset>3117189</wp:posOffset>
                </wp:positionV>
                <wp:extent cx="521924" cy="128016"/>
                <wp:effectExtent l="0" t="0" r="0" b="0"/>
                <wp:wrapNone/>
                <wp:docPr id="2660" name="Text 26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" behindDoc="0" locked="0" layoutInCell="1" allowOverlap="1">
                <wp:simplePos x="0" y="0"/>
                <wp:positionH relativeFrom="page">
                  <wp:posOffset>894454</wp:posOffset>
                </wp:positionH>
                <wp:positionV relativeFrom="page">
                  <wp:posOffset>3117189</wp:posOffset>
                </wp:positionV>
                <wp:extent cx="515378" cy="128016"/>
                <wp:effectExtent l="0" t="0" r="0" b="0"/>
                <wp:wrapNone/>
                <wp:docPr id="2661" name="Text 26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" behindDoc="0" locked="0" layoutInCell="1" allowOverlap="1">
                <wp:simplePos x="0" y="0"/>
                <wp:positionH relativeFrom="page">
                  <wp:posOffset>1165845</wp:posOffset>
                </wp:positionH>
                <wp:positionV relativeFrom="page">
                  <wp:posOffset>3117189</wp:posOffset>
                </wp:positionV>
                <wp:extent cx="521924" cy="128016"/>
                <wp:effectExtent l="0" t="0" r="0" b="0"/>
                <wp:wrapNone/>
                <wp:docPr id="2662" name="Text 26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9" behindDoc="0" locked="0" layoutInCell="1" allowOverlap="1">
                <wp:simplePos x="0" y="0"/>
                <wp:positionH relativeFrom="page">
                  <wp:posOffset>1440094</wp:posOffset>
                </wp:positionH>
                <wp:positionV relativeFrom="page">
                  <wp:posOffset>3117189</wp:posOffset>
                </wp:positionV>
                <wp:extent cx="521924" cy="128016"/>
                <wp:effectExtent l="0" t="0" r="0" b="0"/>
                <wp:wrapNone/>
                <wp:docPr id="2663" name="Text 26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0" behindDoc="0" locked="0" layoutInCell="1" allowOverlap="1">
                <wp:simplePos x="0" y="0"/>
                <wp:positionH relativeFrom="page">
                  <wp:posOffset>1713128</wp:posOffset>
                </wp:positionH>
                <wp:positionV relativeFrom="page">
                  <wp:posOffset>3117189</wp:posOffset>
                </wp:positionV>
                <wp:extent cx="523951" cy="128016"/>
                <wp:effectExtent l="0" t="0" r="0" b="0"/>
                <wp:wrapNone/>
                <wp:docPr id="2664" name="Text 26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1" behindDoc="0" locked="0" layoutInCell="1" allowOverlap="1">
                <wp:simplePos x="0" y="0"/>
                <wp:positionH relativeFrom="page">
                  <wp:posOffset>1999021</wp:posOffset>
                </wp:positionH>
                <wp:positionV relativeFrom="page">
                  <wp:posOffset>3117189</wp:posOffset>
                </wp:positionV>
                <wp:extent cx="500805" cy="128016"/>
                <wp:effectExtent l="0" t="0" r="0" b="0"/>
                <wp:wrapNone/>
                <wp:docPr id="2665" name="Text 26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2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2047341</wp:posOffset>
                </wp:positionV>
                <wp:extent cx="746093" cy="164592"/>
                <wp:effectExtent l="0" t="0" r="0" b="0"/>
                <wp:wrapNone/>
                <wp:docPr id="2666" name="Text 26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3"/>
                                <w:sz w:val="22"/>
                                <w:szCs w:val="22"/>
                              </w:rPr>
                              <w:t xml:space="preserve">FEB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3" behindDoc="0" locked="0" layoutInCell="1" allowOverlap="1">
                <wp:simplePos x="0" y="0"/>
                <wp:positionH relativeFrom="page">
                  <wp:posOffset>2542589</wp:posOffset>
                </wp:positionH>
                <wp:positionV relativeFrom="page">
                  <wp:posOffset>2312517</wp:posOffset>
                </wp:positionV>
                <wp:extent cx="437797" cy="128016"/>
                <wp:effectExtent l="0" t="0" r="0" b="0"/>
                <wp:wrapNone/>
                <wp:docPr id="2667" name="Text 26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4" behindDoc="0" locked="0" layoutInCell="1" allowOverlap="1">
                <wp:simplePos x="0" y="0"/>
                <wp:positionH relativeFrom="page">
                  <wp:posOffset>2806836</wp:posOffset>
                </wp:positionH>
                <wp:positionV relativeFrom="page">
                  <wp:posOffset>2312517</wp:posOffset>
                </wp:positionV>
                <wp:extent cx="459943" cy="128016"/>
                <wp:effectExtent l="0" t="0" r="0" b="0"/>
                <wp:wrapNone/>
                <wp:docPr id="2668" name="Text 26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5" behindDoc="0" locked="0" layoutInCell="1" allowOverlap="1">
                <wp:simplePos x="0" y="0"/>
                <wp:positionH relativeFrom="page">
                  <wp:posOffset>3080585</wp:posOffset>
                </wp:positionH>
                <wp:positionV relativeFrom="page">
                  <wp:posOffset>2312517</wp:posOffset>
                </wp:positionV>
                <wp:extent cx="459943" cy="128016"/>
                <wp:effectExtent l="0" t="0" r="0" b="0"/>
                <wp:wrapNone/>
                <wp:docPr id="2669" name="Text 26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6" behindDoc="0" locked="0" layoutInCell="1" allowOverlap="1">
                <wp:simplePos x="0" y="0"/>
                <wp:positionH relativeFrom="page">
                  <wp:posOffset>3353476</wp:posOffset>
                </wp:positionH>
                <wp:positionV relativeFrom="page">
                  <wp:posOffset>2312517</wp:posOffset>
                </wp:positionV>
                <wp:extent cx="461943" cy="128016"/>
                <wp:effectExtent l="0" t="0" r="0" b="0"/>
                <wp:wrapNone/>
                <wp:docPr id="2670" name="Text 26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7" behindDoc="0" locked="0" layoutInCell="1" allowOverlap="1">
                <wp:simplePos x="0" y="0"/>
                <wp:positionH relativeFrom="page">
                  <wp:posOffset>3630439</wp:posOffset>
                </wp:positionH>
                <wp:positionV relativeFrom="page">
                  <wp:posOffset>2312517</wp:posOffset>
                </wp:positionV>
                <wp:extent cx="459943" cy="128016"/>
                <wp:effectExtent l="0" t="0" r="0" b="0"/>
                <wp:wrapNone/>
                <wp:docPr id="2671" name="Text 26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8" behindDoc="0" locked="0" layoutInCell="1" allowOverlap="1">
                <wp:simplePos x="0" y="0"/>
                <wp:positionH relativeFrom="page">
                  <wp:posOffset>3903402</wp:posOffset>
                </wp:positionH>
                <wp:positionV relativeFrom="page">
                  <wp:posOffset>2312517</wp:posOffset>
                </wp:positionV>
                <wp:extent cx="459943" cy="128016"/>
                <wp:effectExtent l="0" t="0" r="0" b="0"/>
                <wp:wrapNone/>
                <wp:docPr id="2672" name="Text 26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49" behindDoc="0" locked="0" layoutInCell="1" allowOverlap="1">
                <wp:simplePos x="0" y="0"/>
                <wp:positionH relativeFrom="page">
                  <wp:posOffset>4180651</wp:posOffset>
                </wp:positionH>
                <wp:positionV relativeFrom="page">
                  <wp:posOffset>2312517</wp:posOffset>
                </wp:positionV>
                <wp:extent cx="453513" cy="128016"/>
                <wp:effectExtent l="0" t="0" r="0" b="0"/>
                <wp:wrapNone/>
                <wp:docPr id="2673" name="Text 26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0" behindDoc="0" locked="0" layoutInCell="1" allowOverlap="1">
                <wp:simplePos x="0" y="0"/>
                <wp:positionH relativeFrom="page">
                  <wp:posOffset>2531802</wp:posOffset>
                </wp:positionH>
                <wp:positionV relativeFrom="page">
                  <wp:posOffset>2513685</wp:posOffset>
                </wp:positionV>
                <wp:extent cx="459943" cy="128016"/>
                <wp:effectExtent l="0" t="0" r="0" b="0"/>
                <wp:wrapNone/>
                <wp:docPr id="2674" name="Text 26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1" behindDoc="0" locked="0" layoutInCell="1" allowOverlap="1">
                <wp:simplePos x="0" y="0"/>
                <wp:positionH relativeFrom="page">
                  <wp:posOffset>2806122</wp:posOffset>
                </wp:positionH>
                <wp:positionV relativeFrom="page">
                  <wp:posOffset>2513685</wp:posOffset>
                </wp:positionV>
                <wp:extent cx="459943" cy="128016"/>
                <wp:effectExtent l="0" t="0" r="0" b="0"/>
                <wp:wrapNone/>
                <wp:docPr id="2675" name="Text 26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2" behindDoc="0" locked="0" layoutInCell="1" allowOverlap="1">
                <wp:simplePos x="0" y="0"/>
                <wp:positionH relativeFrom="page">
                  <wp:posOffset>3058796</wp:posOffset>
                </wp:positionH>
                <wp:positionV relativeFrom="page">
                  <wp:posOffset>2513685</wp:posOffset>
                </wp:positionV>
                <wp:extent cx="502662" cy="128016"/>
                <wp:effectExtent l="0" t="0" r="0" b="0"/>
                <wp:wrapNone/>
                <wp:docPr id="2676" name="Text 26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3" behindDoc="0" locked="0" layoutInCell="1" allowOverlap="1">
                <wp:simplePos x="0" y="0"/>
                <wp:positionH relativeFrom="page">
                  <wp:posOffset>3344689</wp:posOffset>
                </wp:positionH>
                <wp:positionV relativeFrom="page">
                  <wp:posOffset>2513685</wp:posOffset>
                </wp:positionV>
                <wp:extent cx="479517" cy="128016"/>
                <wp:effectExtent l="0" t="0" r="0" b="0"/>
                <wp:wrapNone/>
                <wp:docPr id="2677" name="Text 26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4" behindDoc="0" locked="0" layoutInCell="1" allowOverlap="1">
                <wp:simplePos x="0" y="0"/>
                <wp:positionH relativeFrom="page">
                  <wp:posOffset>3608936</wp:posOffset>
                </wp:positionH>
                <wp:positionV relativeFrom="page">
                  <wp:posOffset>2513685</wp:posOffset>
                </wp:positionV>
                <wp:extent cx="501689" cy="128016"/>
                <wp:effectExtent l="0" t="0" r="0" b="0"/>
                <wp:wrapNone/>
                <wp:docPr id="2678" name="Text 26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5" behindDoc="0" locked="0" layoutInCell="1" allowOverlap="1">
                <wp:simplePos x="0" y="0"/>
                <wp:positionH relativeFrom="page">
                  <wp:posOffset>3882685</wp:posOffset>
                </wp:positionH>
                <wp:positionV relativeFrom="page">
                  <wp:posOffset>2513685</wp:posOffset>
                </wp:positionV>
                <wp:extent cx="501689" cy="128016"/>
                <wp:effectExtent l="0" t="0" r="0" b="0"/>
                <wp:wrapNone/>
                <wp:docPr id="2679" name="Text 26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6" behindDoc="0" locked="0" layoutInCell="1" allowOverlap="1">
                <wp:simplePos x="0" y="0"/>
                <wp:positionH relativeFrom="page">
                  <wp:posOffset>4155505</wp:posOffset>
                </wp:positionH>
                <wp:positionV relativeFrom="page">
                  <wp:posOffset>2513685</wp:posOffset>
                </wp:positionV>
                <wp:extent cx="503805" cy="128016"/>
                <wp:effectExtent l="0" t="0" r="0" b="0"/>
                <wp:wrapNone/>
                <wp:docPr id="2680" name="Text 26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7" behindDoc="0" locked="0" layoutInCell="1" allowOverlap="1">
                <wp:simplePos x="0" y="0"/>
                <wp:positionH relativeFrom="page">
                  <wp:posOffset>2512299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681" name="Text 26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8" behindDoc="0" locked="0" layoutInCell="1" allowOverlap="1">
                <wp:simplePos x="0" y="0"/>
                <wp:positionH relativeFrom="page">
                  <wp:posOffset>2785262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682" name="Text 26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59" behindDoc="0" locked="0" layoutInCell="1" allowOverlap="1">
                <wp:simplePos x="0" y="0"/>
                <wp:positionH relativeFrom="page">
                  <wp:posOffset>3062511</wp:posOffset>
                </wp:positionH>
                <wp:positionV relativeFrom="page">
                  <wp:posOffset>2714853</wp:posOffset>
                </wp:positionV>
                <wp:extent cx="495233" cy="128016"/>
                <wp:effectExtent l="0" t="0" r="0" b="0"/>
                <wp:wrapNone/>
                <wp:docPr id="2683" name="Text 26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0" behindDoc="0" locked="0" layoutInCell="1" allowOverlap="1">
                <wp:simplePos x="0" y="0"/>
                <wp:positionH relativeFrom="page">
                  <wp:posOffset>3333902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684" name="Text 26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1" behindDoc="0" locked="0" layoutInCell="1" allowOverlap="1">
                <wp:simplePos x="0" y="0"/>
                <wp:positionH relativeFrom="page">
                  <wp:posOffset>3608222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685" name="Text 26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2" behindDoc="0" locked="0" layoutInCell="1" allowOverlap="1">
                <wp:simplePos x="0" y="0"/>
                <wp:positionH relativeFrom="page">
                  <wp:posOffset>3871612</wp:posOffset>
                </wp:positionH>
                <wp:positionV relativeFrom="page">
                  <wp:posOffset>2714853</wp:posOffset>
                </wp:positionV>
                <wp:extent cx="522951" cy="128016"/>
                <wp:effectExtent l="0" t="0" r="0" b="0"/>
                <wp:wrapNone/>
                <wp:docPr id="2686" name="Text 26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3" behindDoc="0" locked="0" layoutInCell="1" allowOverlap="1">
                <wp:simplePos x="0" y="0"/>
                <wp:positionH relativeFrom="page">
                  <wp:posOffset>4157576</wp:posOffset>
                </wp:positionH>
                <wp:positionV relativeFrom="page">
                  <wp:posOffset>2714853</wp:posOffset>
                </wp:positionV>
                <wp:extent cx="499662" cy="128016"/>
                <wp:effectExtent l="0" t="0" r="0" b="0"/>
                <wp:wrapNone/>
                <wp:docPr id="2687" name="Text 26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4" behindDoc="0" locked="0" layoutInCell="1" allowOverlap="1">
                <wp:simplePos x="0" y="0"/>
                <wp:positionH relativeFrom="page">
                  <wp:posOffset>2501512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688" name="Text 26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5" behindDoc="0" locked="0" layoutInCell="1" allowOverlap="1">
                <wp:simplePos x="0" y="0"/>
                <wp:positionH relativeFrom="page">
                  <wp:posOffset>2775261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689" name="Text 26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6" behindDoc="0" locked="0" layoutInCell="1" allowOverlap="1">
                <wp:simplePos x="0" y="0"/>
                <wp:positionH relativeFrom="page">
                  <wp:posOffset>3048938</wp:posOffset>
                </wp:positionH>
                <wp:positionV relativeFrom="page">
                  <wp:posOffset>2916021</wp:posOffset>
                </wp:positionV>
                <wp:extent cx="522379" cy="128016"/>
                <wp:effectExtent l="0" t="0" r="0" b="0"/>
                <wp:wrapNone/>
                <wp:docPr id="2690" name="Text 26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7" behindDoc="0" locked="0" layoutInCell="1" allowOverlap="1">
                <wp:simplePos x="0" y="0"/>
                <wp:positionH relativeFrom="page">
                  <wp:posOffset>3325115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691" name="Text 26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8" behindDoc="0" locked="0" layoutInCell="1" allowOverlap="1">
                <wp:simplePos x="0" y="0"/>
                <wp:positionH relativeFrom="page">
                  <wp:posOffset>3598078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692" name="Text 26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69" behindDoc="0" locked="0" layoutInCell="1" allowOverlap="1">
                <wp:simplePos x="0" y="0"/>
                <wp:positionH relativeFrom="page">
                  <wp:posOffset>3875398</wp:posOffset>
                </wp:positionH>
                <wp:positionV relativeFrom="page">
                  <wp:posOffset>2916021</wp:posOffset>
                </wp:positionV>
                <wp:extent cx="515378" cy="128016"/>
                <wp:effectExtent l="0" t="0" r="0" b="0"/>
                <wp:wrapNone/>
                <wp:docPr id="2693" name="Text 26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70" behindDoc="0" locked="0" layoutInCell="1" allowOverlap="1">
                <wp:simplePos x="0" y="0"/>
                <wp:positionH relativeFrom="page">
                  <wp:posOffset>4146789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694" name="Text 26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71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2047341</wp:posOffset>
                </wp:positionV>
                <wp:extent cx="746093" cy="164592"/>
                <wp:effectExtent l="0" t="0" r="0" b="0"/>
                <wp:wrapNone/>
                <wp:docPr id="2695" name="Text 26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38"/>
                                <w:sz w:val="22"/>
                                <w:szCs w:val="22"/>
                              </w:rPr>
                              <w:t xml:space="preserve">MAR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72" behindDoc="0" locked="0" layoutInCell="1" allowOverlap="1">
                <wp:simplePos x="0" y="0"/>
                <wp:positionH relativeFrom="page">
                  <wp:posOffset>4700573</wp:posOffset>
                </wp:positionH>
                <wp:positionV relativeFrom="page">
                  <wp:posOffset>2312517</wp:posOffset>
                </wp:positionV>
                <wp:extent cx="437797" cy="128016"/>
                <wp:effectExtent l="0" t="0" r="0" b="0"/>
                <wp:wrapNone/>
                <wp:docPr id="2696" name="Text 26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73" behindDoc="0" locked="0" layoutInCell="1" allowOverlap="1">
                <wp:simplePos x="0" y="0"/>
                <wp:positionH relativeFrom="page">
                  <wp:posOffset>4964820</wp:posOffset>
                </wp:positionH>
                <wp:positionV relativeFrom="page">
                  <wp:posOffset>2312517</wp:posOffset>
                </wp:positionV>
                <wp:extent cx="459943" cy="128016"/>
                <wp:effectExtent l="0" t="0" r="0" b="0"/>
                <wp:wrapNone/>
                <wp:docPr id="2697" name="Text 26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74" behindDoc="0" locked="0" layoutInCell="1" allowOverlap="1">
                <wp:simplePos x="0" y="0"/>
                <wp:positionH relativeFrom="page">
                  <wp:posOffset>5238569</wp:posOffset>
                </wp:positionH>
                <wp:positionV relativeFrom="page">
                  <wp:posOffset>2312517</wp:posOffset>
                </wp:positionV>
                <wp:extent cx="459943" cy="128016"/>
                <wp:effectExtent l="0" t="0" r="0" b="0"/>
                <wp:wrapNone/>
                <wp:docPr id="2698" name="Text 26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75" behindDoc="0" locked="0" layoutInCell="1" allowOverlap="1">
                <wp:simplePos x="0" y="0"/>
                <wp:positionH relativeFrom="page">
                  <wp:posOffset>5511460</wp:posOffset>
                </wp:positionH>
                <wp:positionV relativeFrom="page">
                  <wp:posOffset>2312517</wp:posOffset>
                </wp:positionV>
                <wp:extent cx="461943" cy="128016"/>
                <wp:effectExtent l="0" t="0" r="0" b="0"/>
                <wp:wrapNone/>
                <wp:docPr id="2699" name="Text 26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76" behindDoc="0" locked="0" layoutInCell="1" allowOverlap="1">
                <wp:simplePos x="0" y="0"/>
                <wp:positionH relativeFrom="page">
                  <wp:posOffset>5788423</wp:posOffset>
                </wp:positionH>
                <wp:positionV relativeFrom="page">
                  <wp:posOffset>2312517</wp:posOffset>
                </wp:positionV>
                <wp:extent cx="459943" cy="128016"/>
                <wp:effectExtent l="0" t="0" r="0" b="0"/>
                <wp:wrapNone/>
                <wp:docPr id="2700" name="Text 27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77" behindDoc="0" locked="0" layoutInCell="1" allowOverlap="1">
                <wp:simplePos x="0" y="0"/>
                <wp:positionH relativeFrom="page">
                  <wp:posOffset>6061386</wp:posOffset>
                </wp:positionH>
                <wp:positionV relativeFrom="page">
                  <wp:posOffset>2312517</wp:posOffset>
                </wp:positionV>
                <wp:extent cx="459943" cy="128016"/>
                <wp:effectExtent l="0" t="0" r="0" b="0"/>
                <wp:wrapNone/>
                <wp:docPr id="2701" name="Text 27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78" behindDoc="0" locked="0" layoutInCell="1" allowOverlap="1">
                <wp:simplePos x="0" y="0"/>
                <wp:positionH relativeFrom="page">
                  <wp:posOffset>6338635</wp:posOffset>
                </wp:positionH>
                <wp:positionV relativeFrom="page">
                  <wp:posOffset>2312517</wp:posOffset>
                </wp:positionV>
                <wp:extent cx="453513" cy="128016"/>
                <wp:effectExtent l="0" t="0" r="0" b="0"/>
                <wp:wrapNone/>
                <wp:docPr id="2702" name="Text 27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79" behindDoc="0" locked="0" layoutInCell="1" allowOverlap="1">
                <wp:simplePos x="0" y="0"/>
                <wp:positionH relativeFrom="page">
                  <wp:posOffset>4689786</wp:posOffset>
                </wp:positionH>
                <wp:positionV relativeFrom="page">
                  <wp:posOffset>2513685</wp:posOffset>
                </wp:positionV>
                <wp:extent cx="459943" cy="128016"/>
                <wp:effectExtent l="0" t="0" r="0" b="0"/>
                <wp:wrapNone/>
                <wp:docPr id="2703" name="Text 27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80" behindDoc="0" locked="0" layoutInCell="1" allowOverlap="1">
                <wp:simplePos x="0" y="0"/>
                <wp:positionH relativeFrom="page">
                  <wp:posOffset>4964106</wp:posOffset>
                </wp:positionH>
                <wp:positionV relativeFrom="page">
                  <wp:posOffset>2513685</wp:posOffset>
                </wp:positionV>
                <wp:extent cx="459943" cy="128016"/>
                <wp:effectExtent l="0" t="0" r="0" b="0"/>
                <wp:wrapNone/>
                <wp:docPr id="2704" name="Text 27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81" behindDoc="0" locked="0" layoutInCell="1" allowOverlap="1">
                <wp:simplePos x="0" y="0"/>
                <wp:positionH relativeFrom="page">
                  <wp:posOffset>5216780</wp:posOffset>
                </wp:positionH>
                <wp:positionV relativeFrom="page">
                  <wp:posOffset>2513685</wp:posOffset>
                </wp:positionV>
                <wp:extent cx="502662" cy="128016"/>
                <wp:effectExtent l="0" t="0" r="0" b="0"/>
                <wp:wrapNone/>
                <wp:docPr id="2705" name="Text 27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82" behindDoc="0" locked="0" layoutInCell="1" allowOverlap="1">
                <wp:simplePos x="0" y="0"/>
                <wp:positionH relativeFrom="page">
                  <wp:posOffset>5502673</wp:posOffset>
                </wp:positionH>
                <wp:positionV relativeFrom="page">
                  <wp:posOffset>2513685</wp:posOffset>
                </wp:positionV>
                <wp:extent cx="479517" cy="128016"/>
                <wp:effectExtent l="0" t="0" r="0" b="0"/>
                <wp:wrapNone/>
                <wp:docPr id="2706" name="Text 27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83" behindDoc="0" locked="0" layoutInCell="1" allowOverlap="1">
                <wp:simplePos x="0" y="0"/>
                <wp:positionH relativeFrom="page">
                  <wp:posOffset>5766920</wp:posOffset>
                </wp:positionH>
                <wp:positionV relativeFrom="page">
                  <wp:posOffset>2513685</wp:posOffset>
                </wp:positionV>
                <wp:extent cx="501689" cy="128016"/>
                <wp:effectExtent l="0" t="0" r="0" b="0"/>
                <wp:wrapNone/>
                <wp:docPr id="2707" name="Text 27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84" behindDoc="0" locked="0" layoutInCell="1" allowOverlap="1">
                <wp:simplePos x="0" y="0"/>
                <wp:positionH relativeFrom="page">
                  <wp:posOffset>6040669</wp:posOffset>
                </wp:positionH>
                <wp:positionV relativeFrom="page">
                  <wp:posOffset>2513685</wp:posOffset>
                </wp:positionV>
                <wp:extent cx="501689" cy="128016"/>
                <wp:effectExtent l="0" t="0" r="0" b="0"/>
                <wp:wrapNone/>
                <wp:docPr id="2708" name="Text 27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85" behindDoc="0" locked="0" layoutInCell="1" allowOverlap="1">
                <wp:simplePos x="0" y="0"/>
                <wp:positionH relativeFrom="page">
                  <wp:posOffset>6313489</wp:posOffset>
                </wp:positionH>
                <wp:positionV relativeFrom="page">
                  <wp:posOffset>2513685</wp:posOffset>
                </wp:positionV>
                <wp:extent cx="503805" cy="128016"/>
                <wp:effectExtent l="0" t="0" r="0" b="0"/>
                <wp:wrapNone/>
                <wp:docPr id="2709" name="Text 27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86" behindDoc="0" locked="0" layoutInCell="1" allowOverlap="1">
                <wp:simplePos x="0" y="0"/>
                <wp:positionH relativeFrom="page">
                  <wp:posOffset>4670283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710" name="Text 27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87" behindDoc="0" locked="0" layoutInCell="1" allowOverlap="1">
                <wp:simplePos x="0" y="0"/>
                <wp:positionH relativeFrom="page">
                  <wp:posOffset>4943246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711" name="Text 27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88" behindDoc="0" locked="0" layoutInCell="1" allowOverlap="1">
                <wp:simplePos x="0" y="0"/>
                <wp:positionH relativeFrom="page">
                  <wp:posOffset>5220495</wp:posOffset>
                </wp:positionH>
                <wp:positionV relativeFrom="page">
                  <wp:posOffset>2714853</wp:posOffset>
                </wp:positionV>
                <wp:extent cx="495233" cy="128016"/>
                <wp:effectExtent l="0" t="0" r="0" b="0"/>
                <wp:wrapNone/>
                <wp:docPr id="2712" name="Text 27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89" behindDoc="0" locked="0" layoutInCell="1" allowOverlap="1">
                <wp:simplePos x="0" y="0"/>
                <wp:positionH relativeFrom="page">
                  <wp:posOffset>5491886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713" name="Text 27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90" behindDoc="0" locked="0" layoutInCell="1" allowOverlap="1">
                <wp:simplePos x="0" y="0"/>
                <wp:positionH relativeFrom="page">
                  <wp:posOffset>5766206</wp:posOffset>
                </wp:positionH>
                <wp:positionV relativeFrom="page">
                  <wp:posOffset>2714853</wp:posOffset>
                </wp:positionV>
                <wp:extent cx="501689" cy="128016"/>
                <wp:effectExtent l="0" t="0" r="0" b="0"/>
                <wp:wrapNone/>
                <wp:docPr id="2714" name="Text 27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91" behindDoc="0" locked="0" layoutInCell="1" allowOverlap="1">
                <wp:simplePos x="0" y="0"/>
                <wp:positionH relativeFrom="page">
                  <wp:posOffset>6029596</wp:posOffset>
                </wp:positionH>
                <wp:positionV relativeFrom="page">
                  <wp:posOffset>2714853</wp:posOffset>
                </wp:positionV>
                <wp:extent cx="522951" cy="128016"/>
                <wp:effectExtent l="0" t="0" r="0" b="0"/>
                <wp:wrapNone/>
                <wp:docPr id="2715" name="Text 27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92" behindDoc="0" locked="0" layoutInCell="1" allowOverlap="1">
                <wp:simplePos x="0" y="0"/>
                <wp:positionH relativeFrom="page">
                  <wp:posOffset>6315560</wp:posOffset>
                </wp:positionH>
                <wp:positionV relativeFrom="page">
                  <wp:posOffset>2714853</wp:posOffset>
                </wp:positionV>
                <wp:extent cx="499662" cy="128016"/>
                <wp:effectExtent l="0" t="0" r="0" b="0"/>
                <wp:wrapNone/>
                <wp:docPr id="2716" name="Text 27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93" behindDoc="0" locked="0" layoutInCell="1" allowOverlap="1">
                <wp:simplePos x="0" y="0"/>
                <wp:positionH relativeFrom="page">
                  <wp:posOffset>4659496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717" name="Text 27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94" behindDoc="0" locked="0" layoutInCell="1" allowOverlap="1">
                <wp:simplePos x="0" y="0"/>
                <wp:positionH relativeFrom="page">
                  <wp:posOffset>4933245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718" name="Text 27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95" behindDoc="0" locked="0" layoutInCell="1" allowOverlap="1">
                <wp:simplePos x="0" y="0"/>
                <wp:positionH relativeFrom="page">
                  <wp:posOffset>5206922</wp:posOffset>
                </wp:positionH>
                <wp:positionV relativeFrom="page">
                  <wp:posOffset>2916021</wp:posOffset>
                </wp:positionV>
                <wp:extent cx="522379" cy="128016"/>
                <wp:effectExtent l="0" t="0" r="0" b="0"/>
                <wp:wrapNone/>
                <wp:docPr id="2719" name="Text 27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96" behindDoc="0" locked="0" layoutInCell="1" allowOverlap="1">
                <wp:simplePos x="0" y="0"/>
                <wp:positionH relativeFrom="page">
                  <wp:posOffset>5483099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720" name="Text 27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97" behindDoc="0" locked="0" layoutInCell="1" allowOverlap="1">
                <wp:simplePos x="0" y="0"/>
                <wp:positionH relativeFrom="page">
                  <wp:posOffset>5756062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721" name="Text 27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98" behindDoc="0" locked="0" layoutInCell="1" allowOverlap="1">
                <wp:simplePos x="0" y="0"/>
                <wp:positionH relativeFrom="page">
                  <wp:posOffset>6033382</wp:posOffset>
                </wp:positionH>
                <wp:positionV relativeFrom="page">
                  <wp:posOffset>2916021</wp:posOffset>
                </wp:positionV>
                <wp:extent cx="515378" cy="128016"/>
                <wp:effectExtent l="0" t="0" r="0" b="0"/>
                <wp:wrapNone/>
                <wp:docPr id="2722" name="Text 27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99" behindDoc="0" locked="0" layoutInCell="1" allowOverlap="1">
                <wp:simplePos x="0" y="0"/>
                <wp:positionH relativeFrom="page">
                  <wp:posOffset>6304773</wp:posOffset>
                </wp:positionH>
                <wp:positionV relativeFrom="page">
                  <wp:posOffset>2916021</wp:posOffset>
                </wp:positionV>
                <wp:extent cx="521924" cy="128016"/>
                <wp:effectExtent l="0" t="0" r="0" b="0"/>
                <wp:wrapNone/>
                <wp:docPr id="2723" name="Text 27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0" behindDoc="0" locked="0" layoutInCell="1" allowOverlap="1">
                <wp:simplePos x="0" y="0"/>
                <wp:positionH relativeFrom="page">
                  <wp:posOffset>4658782</wp:posOffset>
                </wp:positionH>
                <wp:positionV relativeFrom="page">
                  <wp:posOffset>3117189</wp:posOffset>
                </wp:positionV>
                <wp:extent cx="521924" cy="128016"/>
                <wp:effectExtent l="0" t="0" r="0" b="0"/>
                <wp:wrapNone/>
                <wp:docPr id="2724" name="Text 27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1" behindDoc="0" locked="0" layoutInCell="1" allowOverlap="1">
                <wp:simplePos x="0" y="0"/>
                <wp:positionH relativeFrom="page">
                  <wp:posOffset>4931816</wp:posOffset>
                </wp:positionH>
                <wp:positionV relativeFrom="page">
                  <wp:posOffset>3117189</wp:posOffset>
                </wp:positionV>
                <wp:extent cx="523951" cy="128016"/>
                <wp:effectExtent l="0" t="0" r="0" b="0"/>
                <wp:wrapNone/>
                <wp:docPr id="2725" name="Text 27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2" behindDoc="0" locked="0" layoutInCell="1" allowOverlap="1">
                <wp:simplePos x="0" y="0"/>
                <wp:positionH relativeFrom="page">
                  <wp:posOffset>5217709</wp:posOffset>
                </wp:positionH>
                <wp:positionV relativeFrom="page">
                  <wp:posOffset>3117189</wp:posOffset>
                </wp:positionV>
                <wp:extent cx="500805" cy="128016"/>
                <wp:effectExtent l="0" t="0" r="0" b="0"/>
                <wp:wrapNone/>
                <wp:docPr id="2726" name="Text 27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3693261</wp:posOffset>
                </wp:positionV>
                <wp:extent cx="746093" cy="164592"/>
                <wp:effectExtent l="0" t="0" r="0" b="0"/>
                <wp:wrapNone/>
                <wp:docPr id="2727" name="Text 27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38"/>
                                <w:sz w:val="22"/>
                                <w:szCs w:val="22"/>
                              </w:rPr>
                              <w:t xml:space="preserve">APR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4" behindDoc="0" locked="0" layoutInCell="1" allowOverlap="1">
                <wp:simplePos x="0" y="0"/>
                <wp:positionH relativeFrom="page">
                  <wp:posOffset>1207565</wp:posOffset>
                </wp:positionH>
                <wp:positionV relativeFrom="page">
                  <wp:posOffset>3958437</wp:posOffset>
                </wp:positionV>
                <wp:extent cx="437797" cy="128016"/>
                <wp:effectExtent l="0" t="0" r="0" b="0"/>
                <wp:wrapNone/>
                <wp:docPr id="2728" name="Text 27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5" behindDoc="0" locked="0" layoutInCell="1" allowOverlap="1">
                <wp:simplePos x="0" y="0"/>
                <wp:positionH relativeFrom="page">
                  <wp:posOffset>1471812</wp:posOffset>
                </wp:positionH>
                <wp:positionV relativeFrom="page">
                  <wp:posOffset>3958437</wp:posOffset>
                </wp:positionV>
                <wp:extent cx="459943" cy="128016"/>
                <wp:effectExtent l="0" t="0" r="0" b="0"/>
                <wp:wrapNone/>
                <wp:docPr id="2729" name="Text 27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6" behindDoc="0" locked="0" layoutInCell="1" allowOverlap="1">
                <wp:simplePos x="0" y="0"/>
                <wp:positionH relativeFrom="page">
                  <wp:posOffset>1745561</wp:posOffset>
                </wp:positionH>
                <wp:positionV relativeFrom="page">
                  <wp:posOffset>3958437</wp:posOffset>
                </wp:positionV>
                <wp:extent cx="459943" cy="128016"/>
                <wp:effectExtent l="0" t="0" r="0" b="0"/>
                <wp:wrapNone/>
                <wp:docPr id="2730" name="Text 27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7" behindDoc="0" locked="0" layoutInCell="1" allowOverlap="1">
                <wp:simplePos x="0" y="0"/>
                <wp:positionH relativeFrom="page">
                  <wp:posOffset>2018452</wp:posOffset>
                </wp:positionH>
                <wp:positionV relativeFrom="page">
                  <wp:posOffset>3958437</wp:posOffset>
                </wp:positionV>
                <wp:extent cx="461943" cy="128016"/>
                <wp:effectExtent l="0" t="0" r="0" b="0"/>
                <wp:wrapNone/>
                <wp:docPr id="2731" name="Text 27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8" behindDoc="0" locked="0" layoutInCell="1" allowOverlap="1">
                <wp:simplePos x="0" y="0"/>
                <wp:positionH relativeFrom="page">
                  <wp:posOffset>375175</wp:posOffset>
                </wp:positionH>
                <wp:positionV relativeFrom="page">
                  <wp:posOffset>4159605</wp:posOffset>
                </wp:positionV>
                <wp:extent cx="459943" cy="128016"/>
                <wp:effectExtent l="0" t="0" r="0" b="0"/>
                <wp:wrapNone/>
                <wp:docPr id="2732" name="Text 27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9" behindDoc="0" locked="0" layoutInCell="1" allowOverlap="1">
                <wp:simplePos x="0" y="0"/>
                <wp:positionH relativeFrom="page">
                  <wp:posOffset>648138</wp:posOffset>
                </wp:positionH>
                <wp:positionV relativeFrom="page">
                  <wp:posOffset>4159605</wp:posOffset>
                </wp:positionV>
                <wp:extent cx="459943" cy="128016"/>
                <wp:effectExtent l="0" t="0" r="0" b="0"/>
                <wp:wrapNone/>
                <wp:docPr id="2733" name="Text 27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0" behindDoc="0" locked="0" layoutInCell="1" allowOverlap="1">
                <wp:simplePos x="0" y="0"/>
                <wp:positionH relativeFrom="page">
                  <wp:posOffset>925387</wp:posOffset>
                </wp:positionH>
                <wp:positionV relativeFrom="page">
                  <wp:posOffset>4159605</wp:posOffset>
                </wp:positionV>
                <wp:extent cx="453513" cy="128016"/>
                <wp:effectExtent l="0" t="0" r="0" b="0"/>
                <wp:wrapNone/>
                <wp:docPr id="2734" name="Text 27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1" behindDoc="0" locked="0" layoutInCell="1" allowOverlap="1">
                <wp:simplePos x="0" y="0"/>
                <wp:positionH relativeFrom="page">
                  <wp:posOffset>1196778</wp:posOffset>
                </wp:positionH>
                <wp:positionV relativeFrom="page">
                  <wp:posOffset>4159605</wp:posOffset>
                </wp:positionV>
                <wp:extent cx="459943" cy="128016"/>
                <wp:effectExtent l="0" t="0" r="0" b="0"/>
                <wp:wrapNone/>
                <wp:docPr id="2735" name="Text 27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2" behindDoc="0" locked="0" layoutInCell="1" allowOverlap="1">
                <wp:simplePos x="0" y="0"/>
                <wp:positionH relativeFrom="page">
                  <wp:posOffset>1471098</wp:posOffset>
                </wp:positionH>
                <wp:positionV relativeFrom="page">
                  <wp:posOffset>4159605</wp:posOffset>
                </wp:positionV>
                <wp:extent cx="459943" cy="128016"/>
                <wp:effectExtent l="0" t="0" r="0" b="0"/>
                <wp:wrapNone/>
                <wp:docPr id="2736" name="Text 27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3" behindDoc="0" locked="0" layoutInCell="1" allowOverlap="1">
                <wp:simplePos x="0" y="0"/>
                <wp:positionH relativeFrom="page">
                  <wp:posOffset>1723772</wp:posOffset>
                </wp:positionH>
                <wp:positionV relativeFrom="page">
                  <wp:posOffset>4159605</wp:posOffset>
                </wp:positionV>
                <wp:extent cx="502662" cy="128016"/>
                <wp:effectExtent l="0" t="0" r="0" b="0"/>
                <wp:wrapNone/>
                <wp:docPr id="2737" name="Text 27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4" behindDoc="0" locked="0" layoutInCell="1" allowOverlap="1">
                <wp:simplePos x="0" y="0"/>
                <wp:positionH relativeFrom="page">
                  <wp:posOffset>2009665</wp:posOffset>
                </wp:positionH>
                <wp:positionV relativeFrom="page">
                  <wp:posOffset>4159605</wp:posOffset>
                </wp:positionV>
                <wp:extent cx="479517" cy="128016"/>
                <wp:effectExtent l="0" t="0" r="0" b="0"/>
                <wp:wrapNone/>
                <wp:docPr id="2738" name="Text 27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5" behindDoc="0" locked="0" layoutInCell="1" allowOverlap="1">
                <wp:simplePos x="0" y="0"/>
                <wp:positionH relativeFrom="page">
                  <wp:posOffset>353672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739" name="Text 27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6" behindDoc="0" locked="0" layoutInCell="1" allowOverlap="1">
                <wp:simplePos x="0" y="0"/>
                <wp:positionH relativeFrom="page">
                  <wp:posOffset>627421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740" name="Text 27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7" behindDoc="0" locked="0" layoutInCell="1" allowOverlap="1">
                <wp:simplePos x="0" y="0"/>
                <wp:positionH relativeFrom="page">
                  <wp:posOffset>900241</wp:posOffset>
                </wp:positionH>
                <wp:positionV relativeFrom="page">
                  <wp:posOffset>4360773</wp:posOffset>
                </wp:positionV>
                <wp:extent cx="503805" cy="128016"/>
                <wp:effectExtent l="0" t="0" r="0" b="0"/>
                <wp:wrapNone/>
                <wp:docPr id="2741" name="Text 27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8" behindDoc="0" locked="0" layoutInCell="1" allowOverlap="1">
                <wp:simplePos x="0" y="0"/>
                <wp:positionH relativeFrom="page">
                  <wp:posOffset>1177275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742" name="Text 27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9" behindDoc="0" locked="0" layoutInCell="1" allowOverlap="1">
                <wp:simplePos x="0" y="0"/>
                <wp:positionH relativeFrom="page">
                  <wp:posOffset>1450238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743" name="Text 27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0" behindDoc="0" locked="0" layoutInCell="1" allowOverlap="1">
                <wp:simplePos x="0" y="0"/>
                <wp:positionH relativeFrom="page">
                  <wp:posOffset>1727487</wp:posOffset>
                </wp:positionH>
                <wp:positionV relativeFrom="page">
                  <wp:posOffset>4360773</wp:posOffset>
                </wp:positionV>
                <wp:extent cx="495233" cy="128016"/>
                <wp:effectExtent l="0" t="0" r="0" b="0"/>
                <wp:wrapNone/>
                <wp:docPr id="2744" name="Text 27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1" behindDoc="0" locked="0" layoutInCell="1" allowOverlap="1">
                <wp:simplePos x="0" y="0"/>
                <wp:positionH relativeFrom="page">
                  <wp:posOffset>1998878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745" name="Text 27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2" behindDoc="0" locked="0" layoutInCell="1" allowOverlap="1">
                <wp:simplePos x="0" y="0"/>
                <wp:positionH relativeFrom="page">
                  <wp:posOffset>352958</wp:posOffset>
                </wp:positionH>
                <wp:positionV relativeFrom="page">
                  <wp:posOffset>4561941</wp:posOffset>
                </wp:positionV>
                <wp:extent cx="501689" cy="128016"/>
                <wp:effectExtent l="0" t="0" r="0" b="0"/>
                <wp:wrapNone/>
                <wp:docPr id="2746" name="Text 27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3" behindDoc="0" locked="0" layoutInCell="1" allowOverlap="1">
                <wp:simplePos x="0" y="0"/>
                <wp:positionH relativeFrom="page">
                  <wp:posOffset>616348</wp:posOffset>
                </wp:positionH>
                <wp:positionV relativeFrom="page">
                  <wp:posOffset>4561941</wp:posOffset>
                </wp:positionV>
                <wp:extent cx="522951" cy="128016"/>
                <wp:effectExtent l="0" t="0" r="0" b="0"/>
                <wp:wrapNone/>
                <wp:docPr id="2747" name="Text 27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4" behindDoc="0" locked="0" layoutInCell="1" allowOverlap="1">
                <wp:simplePos x="0" y="0"/>
                <wp:positionH relativeFrom="page">
                  <wp:posOffset>902312</wp:posOffset>
                </wp:positionH>
                <wp:positionV relativeFrom="page">
                  <wp:posOffset>4561941</wp:posOffset>
                </wp:positionV>
                <wp:extent cx="499662" cy="128016"/>
                <wp:effectExtent l="0" t="0" r="0" b="0"/>
                <wp:wrapNone/>
                <wp:docPr id="2748" name="Text 27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5" behindDoc="0" locked="0" layoutInCell="1" allowOverlap="1">
                <wp:simplePos x="0" y="0"/>
                <wp:positionH relativeFrom="page">
                  <wp:posOffset>1166488</wp:posOffset>
                </wp:positionH>
                <wp:positionV relativeFrom="page">
                  <wp:posOffset>4561941</wp:posOffset>
                </wp:positionV>
                <wp:extent cx="521924" cy="128016"/>
                <wp:effectExtent l="0" t="0" r="0" b="0"/>
                <wp:wrapNone/>
                <wp:docPr id="2749" name="Text 27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6" behindDoc="0" locked="0" layoutInCell="1" allowOverlap="1">
                <wp:simplePos x="0" y="0"/>
                <wp:positionH relativeFrom="page">
                  <wp:posOffset>1440237</wp:posOffset>
                </wp:positionH>
                <wp:positionV relativeFrom="page">
                  <wp:posOffset>4561941</wp:posOffset>
                </wp:positionV>
                <wp:extent cx="521924" cy="128016"/>
                <wp:effectExtent l="0" t="0" r="0" b="0"/>
                <wp:wrapNone/>
                <wp:docPr id="2750" name="Text 27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7" behindDoc="0" locked="0" layoutInCell="1" allowOverlap="1">
                <wp:simplePos x="0" y="0"/>
                <wp:positionH relativeFrom="page">
                  <wp:posOffset>1713914</wp:posOffset>
                </wp:positionH>
                <wp:positionV relativeFrom="page">
                  <wp:posOffset>4561941</wp:posOffset>
                </wp:positionV>
                <wp:extent cx="522379" cy="128016"/>
                <wp:effectExtent l="0" t="0" r="0" b="0"/>
                <wp:wrapNone/>
                <wp:docPr id="2751" name="Text 27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8" behindDoc="0" locked="0" layoutInCell="1" allowOverlap="1">
                <wp:simplePos x="0" y="0"/>
                <wp:positionH relativeFrom="page">
                  <wp:posOffset>1990091</wp:posOffset>
                </wp:positionH>
                <wp:positionV relativeFrom="page">
                  <wp:posOffset>4561941</wp:posOffset>
                </wp:positionV>
                <wp:extent cx="521924" cy="128016"/>
                <wp:effectExtent l="0" t="0" r="0" b="0"/>
                <wp:wrapNone/>
                <wp:docPr id="2752" name="Text 27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9" behindDoc="0" locked="0" layoutInCell="1" allowOverlap="1">
                <wp:simplePos x="0" y="0"/>
                <wp:positionH relativeFrom="page">
                  <wp:posOffset>342814</wp:posOffset>
                </wp:positionH>
                <wp:positionV relativeFrom="page">
                  <wp:posOffset>4763109</wp:posOffset>
                </wp:positionV>
                <wp:extent cx="521924" cy="128016"/>
                <wp:effectExtent l="0" t="0" r="0" b="0"/>
                <wp:wrapNone/>
                <wp:docPr id="2753" name="Text 27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0" behindDoc="0" locked="0" layoutInCell="1" allowOverlap="1">
                <wp:simplePos x="0" y="0"/>
                <wp:positionH relativeFrom="page">
                  <wp:posOffset>620134</wp:posOffset>
                </wp:positionH>
                <wp:positionV relativeFrom="page">
                  <wp:posOffset>4763109</wp:posOffset>
                </wp:positionV>
                <wp:extent cx="515378" cy="128016"/>
                <wp:effectExtent l="0" t="0" r="0" b="0"/>
                <wp:wrapNone/>
                <wp:docPr id="2754" name="Text 27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1" behindDoc="0" locked="0" layoutInCell="1" allowOverlap="1">
                <wp:simplePos x="0" y="0"/>
                <wp:positionH relativeFrom="page">
                  <wp:posOffset>891525</wp:posOffset>
                </wp:positionH>
                <wp:positionV relativeFrom="page">
                  <wp:posOffset>4763109</wp:posOffset>
                </wp:positionV>
                <wp:extent cx="521924" cy="128016"/>
                <wp:effectExtent l="0" t="0" r="0" b="0"/>
                <wp:wrapNone/>
                <wp:docPr id="2755" name="Text 27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2" behindDoc="0" locked="0" layoutInCell="1" allowOverlap="1">
                <wp:simplePos x="0" y="0"/>
                <wp:positionH relativeFrom="page">
                  <wp:posOffset>1165774</wp:posOffset>
                </wp:positionH>
                <wp:positionV relativeFrom="page">
                  <wp:posOffset>4763109</wp:posOffset>
                </wp:positionV>
                <wp:extent cx="521924" cy="128016"/>
                <wp:effectExtent l="0" t="0" r="0" b="0"/>
                <wp:wrapNone/>
                <wp:docPr id="2756" name="Text 27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3" behindDoc="0" locked="0" layoutInCell="1" allowOverlap="1">
                <wp:simplePos x="0" y="0"/>
                <wp:positionH relativeFrom="page">
                  <wp:posOffset>1438808</wp:posOffset>
                </wp:positionH>
                <wp:positionV relativeFrom="page">
                  <wp:posOffset>4763109</wp:posOffset>
                </wp:positionV>
                <wp:extent cx="523951" cy="128016"/>
                <wp:effectExtent l="0" t="0" r="0" b="0"/>
                <wp:wrapNone/>
                <wp:docPr id="2757" name="Text 27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4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3693261</wp:posOffset>
                </wp:positionV>
                <wp:extent cx="746093" cy="164592"/>
                <wp:effectExtent l="0" t="0" r="0" b="0"/>
                <wp:wrapNone/>
                <wp:docPr id="2758" name="Text 27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3"/>
                                <w:sz w:val="22"/>
                                <w:szCs w:val="22"/>
                              </w:rPr>
                              <w:t xml:space="preserve">MAY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5" behindDoc="0" locked="0" layoutInCell="1" allowOverlap="1">
                <wp:simplePos x="0" y="0"/>
                <wp:positionH relativeFrom="page">
                  <wp:posOffset>3914189</wp:posOffset>
                </wp:positionH>
                <wp:positionV relativeFrom="page">
                  <wp:posOffset>3958437</wp:posOffset>
                </wp:positionV>
                <wp:extent cx="437797" cy="128016"/>
                <wp:effectExtent l="0" t="0" r="0" b="0"/>
                <wp:wrapNone/>
                <wp:docPr id="2759" name="Text 27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6" behindDoc="0" locked="0" layoutInCell="1" allowOverlap="1">
                <wp:simplePos x="0" y="0"/>
                <wp:positionH relativeFrom="page">
                  <wp:posOffset>4178436</wp:posOffset>
                </wp:positionH>
                <wp:positionV relativeFrom="page">
                  <wp:posOffset>3958437</wp:posOffset>
                </wp:positionV>
                <wp:extent cx="459943" cy="128016"/>
                <wp:effectExtent l="0" t="0" r="0" b="0"/>
                <wp:wrapNone/>
                <wp:docPr id="2760" name="Text 27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7" behindDoc="0" locked="0" layoutInCell="1" allowOverlap="1">
                <wp:simplePos x="0" y="0"/>
                <wp:positionH relativeFrom="page">
                  <wp:posOffset>2531945</wp:posOffset>
                </wp:positionH>
                <wp:positionV relativeFrom="page">
                  <wp:posOffset>4159605</wp:posOffset>
                </wp:positionV>
                <wp:extent cx="459943" cy="128016"/>
                <wp:effectExtent l="0" t="0" r="0" b="0"/>
                <wp:wrapNone/>
                <wp:docPr id="2761" name="Text 27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8" behindDoc="0" locked="0" layoutInCell="1" allowOverlap="1">
                <wp:simplePos x="0" y="0"/>
                <wp:positionH relativeFrom="page">
                  <wp:posOffset>2804836</wp:posOffset>
                </wp:positionH>
                <wp:positionV relativeFrom="page">
                  <wp:posOffset>4159605</wp:posOffset>
                </wp:positionV>
                <wp:extent cx="461943" cy="128016"/>
                <wp:effectExtent l="0" t="0" r="0" b="0"/>
                <wp:wrapNone/>
                <wp:docPr id="2762" name="Text 27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9" behindDoc="0" locked="0" layoutInCell="1" allowOverlap="1">
                <wp:simplePos x="0" y="0"/>
                <wp:positionH relativeFrom="page">
                  <wp:posOffset>3081799</wp:posOffset>
                </wp:positionH>
                <wp:positionV relativeFrom="page">
                  <wp:posOffset>4159605</wp:posOffset>
                </wp:positionV>
                <wp:extent cx="459943" cy="128016"/>
                <wp:effectExtent l="0" t="0" r="0" b="0"/>
                <wp:wrapNone/>
                <wp:docPr id="2763" name="Text 27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0" behindDoc="0" locked="0" layoutInCell="1" allowOverlap="1">
                <wp:simplePos x="0" y="0"/>
                <wp:positionH relativeFrom="page">
                  <wp:posOffset>3354762</wp:posOffset>
                </wp:positionH>
                <wp:positionV relativeFrom="page">
                  <wp:posOffset>4159605</wp:posOffset>
                </wp:positionV>
                <wp:extent cx="459943" cy="128016"/>
                <wp:effectExtent l="0" t="0" r="0" b="0"/>
                <wp:wrapNone/>
                <wp:docPr id="2764" name="Text 27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1" behindDoc="0" locked="0" layoutInCell="1" allowOverlap="1">
                <wp:simplePos x="0" y="0"/>
                <wp:positionH relativeFrom="page">
                  <wp:posOffset>3632011</wp:posOffset>
                </wp:positionH>
                <wp:positionV relativeFrom="page">
                  <wp:posOffset>4159605</wp:posOffset>
                </wp:positionV>
                <wp:extent cx="453513" cy="128016"/>
                <wp:effectExtent l="0" t="0" r="0" b="0"/>
                <wp:wrapNone/>
                <wp:docPr id="2765" name="Text 27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2" behindDoc="0" locked="0" layoutInCell="1" allowOverlap="1">
                <wp:simplePos x="0" y="0"/>
                <wp:positionH relativeFrom="page">
                  <wp:posOffset>3903402</wp:posOffset>
                </wp:positionH>
                <wp:positionV relativeFrom="page">
                  <wp:posOffset>4159605</wp:posOffset>
                </wp:positionV>
                <wp:extent cx="459943" cy="128016"/>
                <wp:effectExtent l="0" t="0" r="0" b="0"/>
                <wp:wrapNone/>
                <wp:docPr id="2766" name="Text 27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3" behindDoc="0" locked="0" layoutInCell="1" allowOverlap="1">
                <wp:simplePos x="0" y="0"/>
                <wp:positionH relativeFrom="page">
                  <wp:posOffset>4177722</wp:posOffset>
                </wp:positionH>
                <wp:positionV relativeFrom="page">
                  <wp:posOffset>4159605</wp:posOffset>
                </wp:positionV>
                <wp:extent cx="459943" cy="128016"/>
                <wp:effectExtent l="0" t="0" r="0" b="0"/>
                <wp:wrapNone/>
                <wp:docPr id="2767" name="Text 27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4" behindDoc="0" locked="0" layoutInCell="1" allowOverlap="1">
                <wp:simplePos x="0" y="0"/>
                <wp:positionH relativeFrom="page">
                  <wp:posOffset>2510156</wp:posOffset>
                </wp:positionH>
                <wp:positionV relativeFrom="page">
                  <wp:posOffset>4360773</wp:posOffset>
                </wp:positionV>
                <wp:extent cx="502662" cy="128016"/>
                <wp:effectExtent l="0" t="0" r="0" b="0"/>
                <wp:wrapNone/>
                <wp:docPr id="2768" name="Text 27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5" behindDoc="0" locked="0" layoutInCell="1" allowOverlap="1">
                <wp:simplePos x="0" y="0"/>
                <wp:positionH relativeFrom="page">
                  <wp:posOffset>2796049</wp:posOffset>
                </wp:positionH>
                <wp:positionV relativeFrom="page">
                  <wp:posOffset>4360773</wp:posOffset>
                </wp:positionV>
                <wp:extent cx="479517" cy="128016"/>
                <wp:effectExtent l="0" t="0" r="0" b="0"/>
                <wp:wrapNone/>
                <wp:docPr id="2769" name="Text 27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6" behindDoc="0" locked="0" layoutInCell="1" allowOverlap="1">
                <wp:simplePos x="0" y="0"/>
                <wp:positionH relativeFrom="page">
                  <wp:posOffset>3060296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770" name="Text 27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7" behindDoc="0" locked="0" layoutInCell="1" allowOverlap="1">
                <wp:simplePos x="0" y="0"/>
                <wp:positionH relativeFrom="page">
                  <wp:posOffset>3334045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771" name="Text 27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8" behindDoc="0" locked="0" layoutInCell="1" allowOverlap="1">
                <wp:simplePos x="0" y="0"/>
                <wp:positionH relativeFrom="page">
                  <wp:posOffset>3606865</wp:posOffset>
                </wp:positionH>
                <wp:positionV relativeFrom="page">
                  <wp:posOffset>4360773</wp:posOffset>
                </wp:positionV>
                <wp:extent cx="503805" cy="128016"/>
                <wp:effectExtent l="0" t="0" r="0" b="0"/>
                <wp:wrapNone/>
                <wp:docPr id="2772" name="Text 27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9" behindDoc="0" locked="0" layoutInCell="1" allowOverlap="1">
                <wp:simplePos x="0" y="0"/>
                <wp:positionH relativeFrom="page">
                  <wp:posOffset>3883899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773" name="Text 27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0" behindDoc="0" locked="0" layoutInCell="1" allowOverlap="1">
                <wp:simplePos x="0" y="0"/>
                <wp:positionH relativeFrom="page">
                  <wp:posOffset>4156862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774" name="Text 27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1" behindDoc="0" locked="0" layoutInCell="1" allowOverlap="1">
                <wp:simplePos x="0" y="0"/>
                <wp:positionH relativeFrom="page">
                  <wp:posOffset>2513871</wp:posOffset>
                </wp:positionH>
                <wp:positionV relativeFrom="page">
                  <wp:posOffset>4561941</wp:posOffset>
                </wp:positionV>
                <wp:extent cx="495233" cy="128016"/>
                <wp:effectExtent l="0" t="0" r="0" b="0"/>
                <wp:wrapNone/>
                <wp:docPr id="2775" name="Text 27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2" behindDoc="0" locked="0" layoutInCell="1" allowOverlap="1">
                <wp:simplePos x="0" y="0"/>
                <wp:positionH relativeFrom="page">
                  <wp:posOffset>2785262</wp:posOffset>
                </wp:positionH>
                <wp:positionV relativeFrom="page">
                  <wp:posOffset>4561941</wp:posOffset>
                </wp:positionV>
                <wp:extent cx="501689" cy="128016"/>
                <wp:effectExtent l="0" t="0" r="0" b="0"/>
                <wp:wrapNone/>
                <wp:docPr id="2776" name="Text 27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3" behindDoc="0" locked="0" layoutInCell="1" allowOverlap="1">
                <wp:simplePos x="0" y="0"/>
                <wp:positionH relativeFrom="page">
                  <wp:posOffset>3059582</wp:posOffset>
                </wp:positionH>
                <wp:positionV relativeFrom="page">
                  <wp:posOffset>4561941</wp:posOffset>
                </wp:positionV>
                <wp:extent cx="501689" cy="128016"/>
                <wp:effectExtent l="0" t="0" r="0" b="0"/>
                <wp:wrapNone/>
                <wp:docPr id="2777" name="Text 27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4" behindDoc="0" locked="0" layoutInCell="1" allowOverlap="1">
                <wp:simplePos x="0" y="0"/>
                <wp:positionH relativeFrom="page">
                  <wp:posOffset>3322972</wp:posOffset>
                </wp:positionH>
                <wp:positionV relativeFrom="page">
                  <wp:posOffset>4561941</wp:posOffset>
                </wp:positionV>
                <wp:extent cx="522951" cy="128016"/>
                <wp:effectExtent l="0" t="0" r="0" b="0"/>
                <wp:wrapNone/>
                <wp:docPr id="2778" name="Text 27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5" behindDoc="0" locked="0" layoutInCell="1" allowOverlap="1">
                <wp:simplePos x="0" y="0"/>
                <wp:positionH relativeFrom="page">
                  <wp:posOffset>3608936</wp:posOffset>
                </wp:positionH>
                <wp:positionV relativeFrom="page">
                  <wp:posOffset>4561941</wp:posOffset>
                </wp:positionV>
                <wp:extent cx="499662" cy="128016"/>
                <wp:effectExtent l="0" t="0" r="0" b="0"/>
                <wp:wrapNone/>
                <wp:docPr id="2779" name="Text 27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6" behindDoc="0" locked="0" layoutInCell="1" allowOverlap="1">
                <wp:simplePos x="0" y="0"/>
                <wp:positionH relativeFrom="page">
                  <wp:posOffset>3873112</wp:posOffset>
                </wp:positionH>
                <wp:positionV relativeFrom="page">
                  <wp:posOffset>4561941</wp:posOffset>
                </wp:positionV>
                <wp:extent cx="521924" cy="128016"/>
                <wp:effectExtent l="0" t="0" r="0" b="0"/>
                <wp:wrapNone/>
                <wp:docPr id="2780" name="Text 27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7" behindDoc="0" locked="0" layoutInCell="1" allowOverlap="1">
                <wp:simplePos x="0" y="0"/>
                <wp:positionH relativeFrom="page">
                  <wp:posOffset>4146861</wp:posOffset>
                </wp:positionH>
                <wp:positionV relativeFrom="page">
                  <wp:posOffset>4561941</wp:posOffset>
                </wp:positionV>
                <wp:extent cx="521924" cy="128016"/>
                <wp:effectExtent l="0" t="0" r="0" b="0"/>
                <wp:wrapNone/>
                <wp:docPr id="2781" name="Text 27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8" behindDoc="0" locked="0" layoutInCell="1" allowOverlap="1">
                <wp:simplePos x="0" y="0"/>
                <wp:positionH relativeFrom="page">
                  <wp:posOffset>2500298</wp:posOffset>
                </wp:positionH>
                <wp:positionV relativeFrom="page">
                  <wp:posOffset>4763109</wp:posOffset>
                </wp:positionV>
                <wp:extent cx="522379" cy="128016"/>
                <wp:effectExtent l="0" t="0" r="0" b="0"/>
                <wp:wrapNone/>
                <wp:docPr id="2782" name="Text 27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9" behindDoc="0" locked="0" layoutInCell="1" allowOverlap="1">
                <wp:simplePos x="0" y="0"/>
                <wp:positionH relativeFrom="page">
                  <wp:posOffset>2776475</wp:posOffset>
                </wp:positionH>
                <wp:positionV relativeFrom="page">
                  <wp:posOffset>4763109</wp:posOffset>
                </wp:positionV>
                <wp:extent cx="521924" cy="128016"/>
                <wp:effectExtent l="0" t="0" r="0" b="0"/>
                <wp:wrapNone/>
                <wp:docPr id="2783" name="Text 27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0" behindDoc="0" locked="0" layoutInCell="1" allowOverlap="1">
                <wp:simplePos x="0" y="0"/>
                <wp:positionH relativeFrom="page">
                  <wp:posOffset>3049438</wp:posOffset>
                </wp:positionH>
                <wp:positionV relativeFrom="page">
                  <wp:posOffset>4763109</wp:posOffset>
                </wp:positionV>
                <wp:extent cx="521924" cy="128016"/>
                <wp:effectExtent l="0" t="0" r="0" b="0"/>
                <wp:wrapNone/>
                <wp:docPr id="2784" name="Text 27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1" behindDoc="0" locked="0" layoutInCell="1" allowOverlap="1">
                <wp:simplePos x="0" y="0"/>
                <wp:positionH relativeFrom="page">
                  <wp:posOffset>3326758</wp:posOffset>
                </wp:positionH>
                <wp:positionV relativeFrom="page">
                  <wp:posOffset>4763109</wp:posOffset>
                </wp:positionV>
                <wp:extent cx="515378" cy="128016"/>
                <wp:effectExtent l="0" t="0" r="0" b="0"/>
                <wp:wrapNone/>
                <wp:docPr id="2785" name="Text 27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2" behindDoc="0" locked="0" layoutInCell="1" allowOverlap="1">
                <wp:simplePos x="0" y="0"/>
                <wp:positionH relativeFrom="page">
                  <wp:posOffset>3598149</wp:posOffset>
                </wp:positionH>
                <wp:positionV relativeFrom="page">
                  <wp:posOffset>4763109</wp:posOffset>
                </wp:positionV>
                <wp:extent cx="521924" cy="128016"/>
                <wp:effectExtent l="0" t="0" r="0" b="0"/>
                <wp:wrapNone/>
                <wp:docPr id="2786" name="Text 27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3" behindDoc="0" locked="0" layoutInCell="1" allowOverlap="1">
                <wp:simplePos x="0" y="0"/>
                <wp:positionH relativeFrom="page">
                  <wp:posOffset>3872398</wp:posOffset>
                </wp:positionH>
                <wp:positionV relativeFrom="page">
                  <wp:posOffset>4763109</wp:posOffset>
                </wp:positionV>
                <wp:extent cx="521924" cy="128016"/>
                <wp:effectExtent l="0" t="0" r="0" b="0"/>
                <wp:wrapNone/>
                <wp:docPr id="2787" name="Text 27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4" behindDoc="0" locked="0" layoutInCell="1" allowOverlap="1">
                <wp:simplePos x="0" y="0"/>
                <wp:positionH relativeFrom="page">
                  <wp:posOffset>4145432</wp:posOffset>
                </wp:positionH>
                <wp:positionV relativeFrom="page">
                  <wp:posOffset>4763109</wp:posOffset>
                </wp:positionV>
                <wp:extent cx="523951" cy="128016"/>
                <wp:effectExtent l="0" t="0" r="0" b="0"/>
                <wp:wrapNone/>
                <wp:docPr id="2788" name="Text 27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5" behindDoc="0" locked="0" layoutInCell="1" allowOverlap="1">
                <wp:simplePos x="0" y="0"/>
                <wp:positionH relativeFrom="page">
                  <wp:posOffset>2511085</wp:posOffset>
                </wp:positionH>
                <wp:positionV relativeFrom="page">
                  <wp:posOffset>4964277</wp:posOffset>
                </wp:positionV>
                <wp:extent cx="500805" cy="128016"/>
                <wp:effectExtent l="0" t="0" r="0" b="0"/>
                <wp:wrapNone/>
                <wp:docPr id="2789" name="Text 27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6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3693261</wp:posOffset>
                </wp:positionV>
                <wp:extent cx="746093" cy="164592"/>
                <wp:effectExtent l="0" t="0" r="0" b="0"/>
                <wp:wrapNone/>
                <wp:docPr id="2790" name="Text 27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3"/>
                                <w:sz w:val="22"/>
                                <w:szCs w:val="22"/>
                              </w:rPr>
                              <w:t xml:space="preserve">JUN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7" behindDoc="0" locked="0" layoutInCell="1" allowOverlap="1">
                <wp:simplePos x="0" y="0"/>
                <wp:positionH relativeFrom="page">
                  <wp:posOffset>4974893</wp:posOffset>
                </wp:positionH>
                <wp:positionV relativeFrom="page">
                  <wp:posOffset>3958437</wp:posOffset>
                </wp:positionV>
                <wp:extent cx="437797" cy="128016"/>
                <wp:effectExtent l="0" t="0" r="0" b="0"/>
                <wp:wrapNone/>
                <wp:docPr id="2791" name="Text 27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8" behindDoc="0" locked="0" layoutInCell="1" allowOverlap="1">
                <wp:simplePos x="0" y="0"/>
                <wp:positionH relativeFrom="page">
                  <wp:posOffset>5239140</wp:posOffset>
                </wp:positionH>
                <wp:positionV relativeFrom="page">
                  <wp:posOffset>3958437</wp:posOffset>
                </wp:positionV>
                <wp:extent cx="459943" cy="128016"/>
                <wp:effectExtent l="0" t="0" r="0" b="0"/>
                <wp:wrapNone/>
                <wp:docPr id="2792" name="Text 27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9" behindDoc="0" locked="0" layoutInCell="1" allowOverlap="1">
                <wp:simplePos x="0" y="0"/>
                <wp:positionH relativeFrom="page">
                  <wp:posOffset>5512889</wp:posOffset>
                </wp:positionH>
                <wp:positionV relativeFrom="page">
                  <wp:posOffset>3958437</wp:posOffset>
                </wp:positionV>
                <wp:extent cx="459943" cy="128016"/>
                <wp:effectExtent l="0" t="0" r="0" b="0"/>
                <wp:wrapNone/>
                <wp:docPr id="2793" name="Text 27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0" behindDoc="0" locked="0" layoutInCell="1" allowOverlap="1">
                <wp:simplePos x="0" y="0"/>
                <wp:positionH relativeFrom="page">
                  <wp:posOffset>5785780</wp:posOffset>
                </wp:positionH>
                <wp:positionV relativeFrom="page">
                  <wp:posOffset>3958437</wp:posOffset>
                </wp:positionV>
                <wp:extent cx="461943" cy="128016"/>
                <wp:effectExtent l="0" t="0" r="0" b="0"/>
                <wp:wrapNone/>
                <wp:docPr id="2794" name="Text 27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1" behindDoc="0" locked="0" layoutInCell="1" allowOverlap="1">
                <wp:simplePos x="0" y="0"/>
                <wp:positionH relativeFrom="page">
                  <wp:posOffset>6062743</wp:posOffset>
                </wp:positionH>
                <wp:positionV relativeFrom="page">
                  <wp:posOffset>3958437</wp:posOffset>
                </wp:positionV>
                <wp:extent cx="459943" cy="128016"/>
                <wp:effectExtent l="0" t="0" r="0" b="0"/>
                <wp:wrapNone/>
                <wp:docPr id="2795" name="Text 27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2" behindDoc="0" locked="0" layoutInCell="1" allowOverlap="1">
                <wp:simplePos x="0" y="0"/>
                <wp:positionH relativeFrom="page">
                  <wp:posOffset>6335706</wp:posOffset>
                </wp:positionH>
                <wp:positionV relativeFrom="page">
                  <wp:posOffset>3958437</wp:posOffset>
                </wp:positionV>
                <wp:extent cx="459943" cy="128016"/>
                <wp:effectExtent l="0" t="0" r="0" b="0"/>
                <wp:wrapNone/>
                <wp:docPr id="2796" name="Text 27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3" behindDoc="0" locked="0" layoutInCell="1" allowOverlap="1">
                <wp:simplePos x="0" y="0"/>
                <wp:positionH relativeFrom="page">
                  <wp:posOffset>4692715</wp:posOffset>
                </wp:positionH>
                <wp:positionV relativeFrom="page">
                  <wp:posOffset>4159605</wp:posOffset>
                </wp:positionV>
                <wp:extent cx="453513" cy="128016"/>
                <wp:effectExtent l="0" t="0" r="0" b="0"/>
                <wp:wrapNone/>
                <wp:docPr id="2797" name="Text 27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4" behindDoc="0" locked="0" layoutInCell="1" allowOverlap="1">
                <wp:simplePos x="0" y="0"/>
                <wp:positionH relativeFrom="page">
                  <wp:posOffset>4964106</wp:posOffset>
                </wp:positionH>
                <wp:positionV relativeFrom="page">
                  <wp:posOffset>4159605</wp:posOffset>
                </wp:positionV>
                <wp:extent cx="459943" cy="128016"/>
                <wp:effectExtent l="0" t="0" r="0" b="0"/>
                <wp:wrapNone/>
                <wp:docPr id="2798" name="Text 27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5" behindDoc="0" locked="0" layoutInCell="1" allowOverlap="1">
                <wp:simplePos x="0" y="0"/>
                <wp:positionH relativeFrom="page">
                  <wp:posOffset>5238426</wp:posOffset>
                </wp:positionH>
                <wp:positionV relativeFrom="page">
                  <wp:posOffset>4159605</wp:posOffset>
                </wp:positionV>
                <wp:extent cx="459943" cy="128016"/>
                <wp:effectExtent l="0" t="0" r="0" b="0"/>
                <wp:wrapNone/>
                <wp:docPr id="2799" name="Text 27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6" behindDoc="0" locked="0" layoutInCell="1" allowOverlap="1">
                <wp:simplePos x="0" y="0"/>
                <wp:positionH relativeFrom="page">
                  <wp:posOffset>5491100</wp:posOffset>
                </wp:positionH>
                <wp:positionV relativeFrom="page">
                  <wp:posOffset>4159605</wp:posOffset>
                </wp:positionV>
                <wp:extent cx="502662" cy="128016"/>
                <wp:effectExtent l="0" t="0" r="0" b="0"/>
                <wp:wrapNone/>
                <wp:docPr id="2800" name="Text 28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7" behindDoc="0" locked="0" layoutInCell="1" allowOverlap="1">
                <wp:simplePos x="0" y="0"/>
                <wp:positionH relativeFrom="page">
                  <wp:posOffset>5776993</wp:posOffset>
                </wp:positionH>
                <wp:positionV relativeFrom="page">
                  <wp:posOffset>4159605</wp:posOffset>
                </wp:positionV>
                <wp:extent cx="479517" cy="128016"/>
                <wp:effectExtent l="0" t="0" r="0" b="0"/>
                <wp:wrapNone/>
                <wp:docPr id="2801" name="Text 28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8" behindDoc="0" locked="0" layoutInCell="1" allowOverlap="1">
                <wp:simplePos x="0" y="0"/>
                <wp:positionH relativeFrom="page">
                  <wp:posOffset>6041240</wp:posOffset>
                </wp:positionH>
                <wp:positionV relativeFrom="page">
                  <wp:posOffset>4159605</wp:posOffset>
                </wp:positionV>
                <wp:extent cx="501689" cy="128016"/>
                <wp:effectExtent l="0" t="0" r="0" b="0"/>
                <wp:wrapNone/>
                <wp:docPr id="2802" name="Text 28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9" behindDoc="0" locked="0" layoutInCell="1" allowOverlap="1">
                <wp:simplePos x="0" y="0"/>
                <wp:positionH relativeFrom="page">
                  <wp:posOffset>6314989</wp:posOffset>
                </wp:positionH>
                <wp:positionV relativeFrom="page">
                  <wp:posOffset>4159605</wp:posOffset>
                </wp:positionV>
                <wp:extent cx="501689" cy="128016"/>
                <wp:effectExtent l="0" t="0" r="0" b="0"/>
                <wp:wrapNone/>
                <wp:docPr id="2803" name="Text 28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0" behindDoc="0" locked="0" layoutInCell="1" allowOverlap="1">
                <wp:simplePos x="0" y="0"/>
                <wp:positionH relativeFrom="page">
                  <wp:posOffset>4667569</wp:posOffset>
                </wp:positionH>
                <wp:positionV relativeFrom="page">
                  <wp:posOffset>4360773</wp:posOffset>
                </wp:positionV>
                <wp:extent cx="503805" cy="128016"/>
                <wp:effectExtent l="0" t="0" r="0" b="0"/>
                <wp:wrapNone/>
                <wp:docPr id="2804" name="Text 28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1" behindDoc="0" locked="0" layoutInCell="1" allowOverlap="1">
                <wp:simplePos x="0" y="0"/>
                <wp:positionH relativeFrom="page">
                  <wp:posOffset>4944603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805" name="Text 28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2" behindDoc="0" locked="0" layoutInCell="1" allowOverlap="1">
                <wp:simplePos x="0" y="0"/>
                <wp:positionH relativeFrom="page">
                  <wp:posOffset>5217566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806" name="Text 28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3" behindDoc="0" locked="0" layoutInCell="1" allowOverlap="1">
                <wp:simplePos x="0" y="0"/>
                <wp:positionH relativeFrom="page">
                  <wp:posOffset>5494815</wp:posOffset>
                </wp:positionH>
                <wp:positionV relativeFrom="page">
                  <wp:posOffset>4360773</wp:posOffset>
                </wp:positionV>
                <wp:extent cx="495233" cy="128016"/>
                <wp:effectExtent l="0" t="0" r="0" b="0"/>
                <wp:wrapNone/>
                <wp:docPr id="2807" name="Text 28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4" behindDoc="0" locked="0" layoutInCell="1" allowOverlap="1">
                <wp:simplePos x="0" y="0"/>
                <wp:positionH relativeFrom="page">
                  <wp:posOffset>5766206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808" name="Text 28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5" behindDoc="0" locked="0" layoutInCell="1" allowOverlap="1">
                <wp:simplePos x="0" y="0"/>
                <wp:positionH relativeFrom="page">
                  <wp:posOffset>6040526</wp:posOffset>
                </wp:positionH>
                <wp:positionV relativeFrom="page">
                  <wp:posOffset>4360773</wp:posOffset>
                </wp:positionV>
                <wp:extent cx="501689" cy="128016"/>
                <wp:effectExtent l="0" t="0" r="0" b="0"/>
                <wp:wrapNone/>
                <wp:docPr id="2809" name="Text 28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6" behindDoc="0" locked="0" layoutInCell="1" allowOverlap="1">
                <wp:simplePos x="0" y="0"/>
                <wp:positionH relativeFrom="page">
                  <wp:posOffset>6303916</wp:posOffset>
                </wp:positionH>
                <wp:positionV relativeFrom="page">
                  <wp:posOffset>4360773</wp:posOffset>
                </wp:positionV>
                <wp:extent cx="522951" cy="128016"/>
                <wp:effectExtent l="0" t="0" r="0" b="0"/>
                <wp:wrapNone/>
                <wp:docPr id="2810" name="Text 28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7" behindDoc="0" locked="0" layoutInCell="1" allowOverlap="1">
                <wp:simplePos x="0" y="0"/>
                <wp:positionH relativeFrom="page">
                  <wp:posOffset>4669640</wp:posOffset>
                </wp:positionH>
                <wp:positionV relativeFrom="page">
                  <wp:posOffset>4561941</wp:posOffset>
                </wp:positionV>
                <wp:extent cx="499662" cy="128016"/>
                <wp:effectExtent l="0" t="0" r="0" b="0"/>
                <wp:wrapNone/>
                <wp:docPr id="2811" name="Text 28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8" behindDoc="0" locked="0" layoutInCell="1" allowOverlap="1">
                <wp:simplePos x="0" y="0"/>
                <wp:positionH relativeFrom="page">
                  <wp:posOffset>4933816</wp:posOffset>
                </wp:positionH>
                <wp:positionV relativeFrom="page">
                  <wp:posOffset>4561941</wp:posOffset>
                </wp:positionV>
                <wp:extent cx="521924" cy="128016"/>
                <wp:effectExtent l="0" t="0" r="0" b="0"/>
                <wp:wrapNone/>
                <wp:docPr id="2812" name="Text 28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9" behindDoc="0" locked="0" layoutInCell="1" allowOverlap="1">
                <wp:simplePos x="0" y="0"/>
                <wp:positionH relativeFrom="page">
                  <wp:posOffset>5207565</wp:posOffset>
                </wp:positionH>
                <wp:positionV relativeFrom="page">
                  <wp:posOffset>4561941</wp:posOffset>
                </wp:positionV>
                <wp:extent cx="521924" cy="128016"/>
                <wp:effectExtent l="0" t="0" r="0" b="0"/>
                <wp:wrapNone/>
                <wp:docPr id="2813" name="Text 28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0" behindDoc="0" locked="0" layoutInCell="1" allowOverlap="1">
                <wp:simplePos x="0" y="0"/>
                <wp:positionH relativeFrom="page">
                  <wp:posOffset>5481242</wp:posOffset>
                </wp:positionH>
                <wp:positionV relativeFrom="page">
                  <wp:posOffset>4561941</wp:posOffset>
                </wp:positionV>
                <wp:extent cx="522379" cy="128016"/>
                <wp:effectExtent l="0" t="0" r="0" b="0"/>
                <wp:wrapNone/>
                <wp:docPr id="2814" name="Text 28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1" behindDoc="0" locked="0" layoutInCell="1" allowOverlap="1">
                <wp:simplePos x="0" y="0"/>
                <wp:positionH relativeFrom="page">
                  <wp:posOffset>5757419</wp:posOffset>
                </wp:positionH>
                <wp:positionV relativeFrom="page">
                  <wp:posOffset>4561941</wp:posOffset>
                </wp:positionV>
                <wp:extent cx="521924" cy="128016"/>
                <wp:effectExtent l="0" t="0" r="0" b="0"/>
                <wp:wrapNone/>
                <wp:docPr id="2815" name="Text 28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2" behindDoc="0" locked="0" layoutInCell="1" allowOverlap="1">
                <wp:simplePos x="0" y="0"/>
                <wp:positionH relativeFrom="page">
                  <wp:posOffset>6030382</wp:posOffset>
                </wp:positionH>
                <wp:positionV relativeFrom="page">
                  <wp:posOffset>4561941</wp:posOffset>
                </wp:positionV>
                <wp:extent cx="521924" cy="128016"/>
                <wp:effectExtent l="0" t="0" r="0" b="0"/>
                <wp:wrapNone/>
                <wp:docPr id="2816" name="Text 28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3" behindDoc="0" locked="0" layoutInCell="1" allowOverlap="1">
                <wp:simplePos x="0" y="0"/>
                <wp:positionH relativeFrom="page">
                  <wp:posOffset>6307702</wp:posOffset>
                </wp:positionH>
                <wp:positionV relativeFrom="page">
                  <wp:posOffset>4561941</wp:posOffset>
                </wp:positionV>
                <wp:extent cx="515378" cy="128016"/>
                <wp:effectExtent l="0" t="0" r="0" b="0"/>
                <wp:wrapNone/>
                <wp:docPr id="2817" name="Text 28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4" behindDoc="0" locked="0" layoutInCell="1" allowOverlap="1">
                <wp:simplePos x="0" y="0"/>
                <wp:positionH relativeFrom="page">
                  <wp:posOffset>4658853</wp:posOffset>
                </wp:positionH>
                <wp:positionV relativeFrom="page">
                  <wp:posOffset>4763109</wp:posOffset>
                </wp:positionV>
                <wp:extent cx="521924" cy="128016"/>
                <wp:effectExtent l="0" t="0" r="0" b="0"/>
                <wp:wrapNone/>
                <wp:docPr id="2818" name="Text 28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5" behindDoc="0" locked="0" layoutInCell="1" allowOverlap="1">
                <wp:simplePos x="0" y="0"/>
                <wp:positionH relativeFrom="page">
                  <wp:posOffset>4933102</wp:posOffset>
                </wp:positionH>
                <wp:positionV relativeFrom="page">
                  <wp:posOffset>4763109</wp:posOffset>
                </wp:positionV>
                <wp:extent cx="521924" cy="128016"/>
                <wp:effectExtent l="0" t="0" r="0" b="0"/>
                <wp:wrapNone/>
                <wp:docPr id="2819" name="Text 28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6" behindDoc="0" locked="0" layoutInCell="1" allowOverlap="1">
                <wp:simplePos x="0" y="0"/>
                <wp:positionH relativeFrom="page">
                  <wp:posOffset>5206136</wp:posOffset>
                </wp:positionH>
                <wp:positionV relativeFrom="page">
                  <wp:posOffset>4763109</wp:posOffset>
                </wp:positionV>
                <wp:extent cx="523951" cy="128016"/>
                <wp:effectExtent l="0" t="0" r="0" b="0"/>
                <wp:wrapNone/>
                <wp:docPr id="2820" name="Text 28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7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5339181</wp:posOffset>
                </wp:positionV>
                <wp:extent cx="746093" cy="164592"/>
                <wp:effectExtent l="0" t="0" r="0" b="0"/>
                <wp:wrapNone/>
                <wp:docPr id="2821" name="Text 28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3"/>
                                <w:sz w:val="22"/>
                                <w:szCs w:val="22"/>
                              </w:rPr>
                              <w:t xml:space="preserve">JUL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8" behindDoc="0" locked="0" layoutInCell="1" allowOverlap="1">
                <wp:simplePos x="0" y="0"/>
                <wp:positionH relativeFrom="page">
                  <wp:posOffset>1207565</wp:posOffset>
                </wp:positionH>
                <wp:positionV relativeFrom="page">
                  <wp:posOffset>5604357</wp:posOffset>
                </wp:positionV>
                <wp:extent cx="437797" cy="128016"/>
                <wp:effectExtent l="0" t="0" r="0" b="0"/>
                <wp:wrapNone/>
                <wp:docPr id="2822" name="Text 28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9" behindDoc="0" locked="0" layoutInCell="1" allowOverlap="1">
                <wp:simplePos x="0" y="0"/>
                <wp:positionH relativeFrom="page">
                  <wp:posOffset>1471812</wp:posOffset>
                </wp:positionH>
                <wp:positionV relativeFrom="page">
                  <wp:posOffset>5604357</wp:posOffset>
                </wp:positionV>
                <wp:extent cx="459943" cy="128016"/>
                <wp:effectExtent l="0" t="0" r="0" b="0"/>
                <wp:wrapNone/>
                <wp:docPr id="2823" name="Text 28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0" behindDoc="0" locked="0" layoutInCell="1" allowOverlap="1">
                <wp:simplePos x="0" y="0"/>
                <wp:positionH relativeFrom="page">
                  <wp:posOffset>1745561</wp:posOffset>
                </wp:positionH>
                <wp:positionV relativeFrom="page">
                  <wp:posOffset>5604357</wp:posOffset>
                </wp:positionV>
                <wp:extent cx="459943" cy="128016"/>
                <wp:effectExtent l="0" t="0" r="0" b="0"/>
                <wp:wrapNone/>
                <wp:docPr id="2824" name="Text 28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1" behindDoc="0" locked="0" layoutInCell="1" allowOverlap="1">
                <wp:simplePos x="0" y="0"/>
                <wp:positionH relativeFrom="page">
                  <wp:posOffset>2018452</wp:posOffset>
                </wp:positionH>
                <wp:positionV relativeFrom="page">
                  <wp:posOffset>5604357</wp:posOffset>
                </wp:positionV>
                <wp:extent cx="461943" cy="128016"/>
                <wp:effectExtent l="0" t="0" r="0" b="0"/>
                <wp:wrapNone/>
                <wp:docPr id="2825" name="Text 28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2" behindDoc="0" locked="0" layoutInCell="1" allowOverlap="1">
                <wp:simplePos x="0" y="0"/>
                <wp:positionH relativeFrom="page">
                  <wp:posOffset>375175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26" name="Text 28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3" behindDoc="0" locked="0" layoutInCell="1" allowOverlap="1">
                <wp:simplePos x="0" y="0"/>
                <wp:positionH relativeFrom="page">
                  <wp:posOffset>648138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27" name="Text 28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4" behindDoc="0" locked="0" layoutInCell="1" allowOverlap="1">
                <wp:simplePos x="0" y="0"/>
                <wp:positionH relativeFrom="page">
                  <wp:posOffset>925387</wp:posOffset>
                </wp:positionH>
                <wp:positionV relativeFrom="page">
                  <wp:posOffset>5805525</wp:posOffset>
                </wp:positionV>
                <wp:extent cx="453513" cy="128016"/>
                <wp:effectExtent l="0" t="0" r="0" b="0"/>
                <wp:wrapNone/>
                <wp:docPr id="2828" name="Text 28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5" behindDoc="0" locked="0" layoutInCell="1" allowOverlap="1">
                <wp:simplePos x="0" y="0"/>
                <wp:positionH relativeFrom="page">
                  <wp:posOffset>1196778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29" name="Text 28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6" behindDoc="0" locked="0" layoutInCell="1" allowOverlap="1">
                <wp:simplePos x="0" y="0"/>
                <wp:positionH relativeFrom="page">
                  <wp:posOffset>1471098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30" name="Text 28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7" behindDoc="0" locked="0" layoutInCell="1" allowOverlap="1">
                <wp:simplePos x="0" y="0"/>
                <wp:positionH relativeFrom="page">
                  <wp:posOffset>1723772</wp:posOffset>
                </wp:positionH>
                <wp:positionV relativeFrom="page">
                  <wp:posOffset>5805525</wp:posOffset>
                </wp:positionV>
                <wp:extent cx="502662" cy="128016"/>
                <wp:effectExtent l="0" t="0" r="0" b="0"/>
                <wp:wrapNone/>
                <wp:docPr id="2831" name="Text 28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8" behindDoc="0" locked="0" layoutInCell="1" allowOverlap="1">
                <wp:simplePos x="0" y="0"/>
                <wp:positionH relativeFrom="page">
                  <wp:posOffset>2009665</wp:posOffset>
                </wp:positionH>
                <wp:positionV relativeFrom="page">
                  <wp:posOffset>5805525</wp:posOffset>
                </wp:positionV>
                <wp:extent cx="479517" cy="128016"/>
                <wp:effectExtent l="0" t="0" r="0" b="0"/>
                <wp:wrapNone/>
                <wp:docPr id="2832" name="Text 28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9" behindDoc="0" locked="0" layoutInCell="1" allowOverlap="1">
                <wp:simplePos x="0" y="0"/>
                <wp:positionH relativeFrom="page">
                  <wp:posOffset>353672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833" name="Text 28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0" behindDoc="0" locked="0" layoutInCell="1" allowOverlap="1">
                <wp:simplePos x="0" y="0"/>
                <wp:positionH relativeFrom="page">
                  <wp:posOffset>627421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834" name="Text 28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1" behindDoc="0" locked="0" layoutInCell="1" allowOverlap="1">
                <wp:simplePos x="0" y="0"/>
                <wp:positionH relativeFrom="page">
                  <wp:posOffset>900241</wp:posOffset>
                </wp:positionH>
                <wp:positionV relativeFrom="page">
                  <wp:posOffset>6006693</wp:posOffset>
                </wp:positionV>
                <wp:extent cx="503805" cy="128016"/>
                <wp:effectExtent l="0" t="0" r="0" b="0"/>
                <wp:wrapNone/>
                <wp:docPr id="2835" name="Text 28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2" behindDoc="0" locked="0" layoutInCell="1" allowOverlap="1">
                <wp:simplePos x="0" y="0"/>
                <wp:positionH relativeFrom="page">
                  <wp:posOffset>1177275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836" name="Text 28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3" behindDoc="0" locked="0" layoutInCell="1" allowOverlap="1">
                <wp:simplePos x="0" y="0"/>
                <wp:positionH relativeFrom="page">
                  <wp:posOffset>1450238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837" name="Text 28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4" behindDoc="0" locked="0" layoutInCell="1" allowOverlap="1">
                <wp:simplePos x="0" y="0"/>
                <wp:positionH relativeFrom="page">
                  <wp:posOffset>1727487</wp:posOffset>
                </wp:positionH>
                <wp:positionV relativeFrom="page">
                  <wp:posOffset>6006693</wp:posOffset>
                </wp:positionV>
                <wp:extent cx="495233" cy="128016"/>
                <wp:effectExtent l="0" t="0" r="0" b="0"/>
                <wp:wrapNone/>
                <wp:docPr id="2838" name="Text 28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5" behindDoc="0" locked="0" layoutInCell="1" allowOverlap="1">
                <wp:simplePos x="0" y="0"/>
                <wp:positionH relativeFrom="page">
                  <wp:posOffset>1998878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839" name="Text 28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6" behindDoc="0" locked="0" layoutInCell="1" allowOverlap="1">
                <wp:simplePos x="0" y="0"/>
                <wp:positionH relativeFrom="page">
                  <wp:posOffset>352958</wp:posOffset>
                </wp:positionH>
                <wp:positionV relativeFrom="page">
                  <wp:posOffset>6207861</wp:posOffset>
                </wp:positionV>
                <wp:extent cx="501689" cy="128016"/>
                <wp:effectExtent l="0" t="0" r="0" b="0"/>
                <wp:wrapNone/>
                <wp:docPr id="2840" name="Text 28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7" behindDoc="0" locked="0" layoutInCell="1" allowOverlap="1">
                <wp:simplePos x="0" y="0"/>
                <wp:positionH relativeFrom="page">
                  <wp:posOffset>616348</wp:posOffset>
                </wp:positionH>
                <wp:positionV relativeFrom="page">
                  <wp:posOffset>6207861</wp:posOffset>
                </wp:positionV>
                <wp:extent cx="522951" cy="128016"/>
                <wp:effectExtent l="0" t="0" r="0" b="0"/>
                <wp:wrapNone/>
                <wp:docPr id="2841" name="Text 28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8" behindDoc="0" locked="0" layoutInCell="1" allowOverlap="1">
                <wp:simplePos x="0" y="0"/>
                <wp:positionH relativeFrom="page">
                  <wp:posOffset>902312</wp:posOffset>
                </wp:positionH>
                <wp:positionV relativeFrom="page">
                  <wp:posOffset>6207861</wp:posOffset>
                </wp:positionV>
                <wp:extent cx="499662" cy="128016"/>
                <wp:effectExtent l="0" t="0" r="0" b="0"/>
                <wp:wrapNone/>
                <wp:docPr id="2842" name="Text 28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9" behindDoc="0" locked="0" layoutInCell="1" allowOverlap="1">
                <wp:simplePos x="0" y="0"/>
                <wp:positionH relativeFrom="page">
                  <wp:posOffset>1166488</wp:posOffset>
                </wp:positionH>
                <wp:positionV relativeFrom="page">
                  <wp:posOffset>6207861</wp:posOffset>
                </wp:positionV>
                <wp:extent cx="521924" cy="128016"/>
                <wp:effectExtent l="0" t="0" r="0" b="0"/>
                <wp:wrapNone/>
                <wp:docPr id="2843" name="Text 28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0" behindDoc="0" locked="0" layoutInCell="1" allowOverlap="1">
                <wp:simplePos x="0" y="0"/>
                <wp:positionH relativeFrom="page">
                  <wp:posOffset>1440237</wp:posOffset>
                </wp:positionH>
                <wp:positionV relativeFrom="page">
                  <wp:posOffset>6207861</wp:posOffset>
                </wp:positionV>
                <wp:extent cx="521924" cy="128016"/>
                <wp:effectExtent l="0" t="0" r="0" b="0"/>
                <wp:wrapNone/>
                <wp:docPr id="2844" name="Text 28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1" behindDoc="0" locked="0" layoutInCell="1" allowOverlap="1">
                <wp:simplePos x="0" y="0"/>
                <wp:positionH relativeFrom="page">
                  <wp:posOffset>1713914</wp:posOffset>
                </wp:positionH>
                <wp:positionV relativeFrom="page">
                  <wp:posOffset>6207861</wp:posOffset>
                </wp:positionV>
                <wp:extent cx="522379" cy="128016"/>
                <wp:effectExtent l="0" t="0" r="0" b="0"/>
                <wp:wrapNone/>
                <wp:docPr id="2845" name="Text 28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2" behindDoc="0" locked="0" layoutInCell="1" allowOverlap="1">
                <wp:simplePos x="0" y="0"/>
                <wp:positionH relativeFrom="page">
                  <wp:posOffset>1990091</wp:posOffset>
                </wp:positionH>
                <wp:positionV relativeFrom="page">
                  <wp:posOffset>6207861</wp:posOffset>
                </wp:positionV>
                <wp:extent cx="521924" cy="128016"/>
                <wp:effectExtent l="0" t="0" r="0" b="0"/>
                <wp:wrapNone/>
                <wp:docPr id="2846" name="Text 28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3" behindDoc="0" locked="0" layoutInCell="1" allowOverlap="1">
                <wp:simplePos x="0" y="0"/>
                <wp:positionH relativeFrom="page">
                  <wp:posOffset>342814</wp:posOffset>
                </wp:positionH>
                <wp:positionV relativeFrom="page">
                  <wp:posOffset>6409029</wp:posOffset>
                </wp:positionV>
                <wp:extent cx="521924" cy="128016"/>
                <wp:effectExtent l="0" t="0" r="0" b="0"/>
                <wp:wrapNone/>
                <wp:docPr id="2847" name="Text 28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4" behindDoc="0" locked="0" layoutInCell="1" allowOverlap="1">
                <wp:simplePos x="0" y="0"/>
                <wp:positionH relativeFrom="page">
                  <wp:posOffset>620134</wp:posOffset>
                </wp:positionH>
                <wp:positionV relativeFrom="page">
                  <wp:posOffset>6409029</wp:posOffset>
                </wp:positionV>
                <wp:extent cx="515378" cy="128016"/>
                <wp:effectExtent l="0" t="0" r="0" b="0"/>
                <wp:wrapNone/>
                <wp:docPr id="2848" name="Text 28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5" behindDoc="0" locked="0" layoutInCell="1" allowOverlap="1">
                <wp:simplePos x="0" y="0"/>
                <wp:positionH relativeFrom="page">
                  <wp:posOffset>891525</wp:posOffset>
                </wp:positionH>
                <wp:positionV relativeFrom="page">
                  <wp:posOffset>6409029</wp:posOffset>
                </wp:positionV>
                <wp:extent cx="521924" cy="128016"/>
                <wp:effectExtent l="0" t="0" r="0" b="0"/>
                <wp:wrapNone/>
                <wp:docPr id="2849" name="Text 28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6" behindDoc="0" locked="0" layoutInCell="1" allowOverlap="1">
                <wp:simplePos x="0" y="0"/>
                <wp:positionH relativeFrom="page">
                  <wp:posOffset>1165774</wp:posOffset>
                </wp:positionH>
                <wp:positionV relativeFrom="page">
                  <wp:posOffset>6409029</wp:posOffset>
                </wp:positionV>
                <wp:extent cx="521924" cy="128016"/>
                <wp:effectExtent l="0" t="0" r="0" b="0"/>
                <wp:wrapNone/>
                <wp:docPr id="2850" name="Text 28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7" behindDoc="0" locked="0" layoutInCell="1" allowOverlap="1">
                <wp:simplePos x="0" y="0"/>
                <wp:positionH relativeFrom="page">
                  <wp:posOffset>1438808</wp:posOffset>
                </wp:positionH>
                <wp:positionV relativeFrom="page">
                  <wp:posOffset>6409029</wp:posOffset>
                </wp:positionV>
                <wp:extent cx="523951" cy="128016"/>
                <wp:effectExtent l="0" t="0" r="0" b="0"/>
                <wp:wrapNone/>
                <wp:docPr id="2851" name="Text 28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8" behindDoc="0" locked="0" layoutInCell="1" allowOverlap="1">
                <wp:simplePos x="0" y="0"/>
                <wp:positionH relativeFrom="page">
                  <wp:posOffset>1724701</wp:posOffset>
                </wp:positionH>
                <wp:positionV relativeFrom="page">
                  <wp:posOffset>6409029</wp:posOffset>
                </wp:positionV>
                <wp:extent cx="500805" cy="128016"/>
                <wp:effectExtent l="0" t="0" r="0" b="0"/>
                <wp:wrapNone/>
                <wp:docPr id="2852" name="Text 28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9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5339181</wp:posOffset>
                </wp:positionV>
                <wp:extent cx="746093" cy="164592"/>
                <wp:effectExtent l="0" t="0" r="0" b="0"/>
                <wp:wrapNone/>
                <wp:docPr id="2853" name="Text 28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3"/>
                                <w:sz w:val="22"/>
                                <w:szCs w:val="22"/>
                              </w:rPr>
                              <w:t xml:space="preserve">AUG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0" behindDoc="0" locked="0" layoutInCell="1" allowOverlap="1">
                <wp:simplePos x="0" y="0"/>
                <wp:positionH relativeFrom="page">
                  <wp:posOffset>4188509</wp:posOffset>
                </wp:positionH>
                <wp:positionV relativeFrom="page">
                  <wp:posOffset>5604357</wp:posOffset>
                </wp:positionV>
                <wp:extent cx="437797" cy="128016"/>
                <wp:effectExtent l="0" t="0" r="0" b="0"/>
                <wp:wrapNone/>
                <wp:docPr id="2854" name="Text 28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1" behindDoc="0" locked="0" layoutInCell="1" allowOverlap="1">
                <wp:simplePos x="0" y="0"/>
                <wp:positionH relativeFrom="page">
                  <wp:posOffset>2532516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55" name="Text 28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2" behindDoc="0" locked="0" layoutInCell="1" allowOverlap="1">
                <wp:simplePos x="0" y="0"/>
                <wp:positionH relativeFrom="page">
                  <wp:posOffset>2806265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56" name="Text 28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3" behindDoc="0" locked="0" layoutInCell="1" allowOverlap="1">
                <wp:simplePos x="0" y="0"/>
                <wp:positionH relativeFrom="page">
                  <wp:posOffset>3079156</wp:posOffset>
                </wp:positionH>
                <wp:positionV relativeFrom="page">
                  <wp:posOffset>5805525</wp:posOffset>
                </wp:positionV>
                <wp:extent cx="461943" cy="128016"/>
                <wp:effectExtent l="0" t="0" r="0" b="0"/>
                <wp:wrapNone/>
                <wp:docPr id="2857" name="Text 28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4" behindDoc="0" locked="0" layoutInCell="1" allowOverlap="1">
                <wp:simplePos x="0" y="0"/>
                <wp:positionH relativeFrom="page">
                  <wp:posOffset>3356119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58" name="Text 28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5" behindDoc="0" locked="0" layoutInCell="1" allowOverlap="1">
                <wp:simplePos x="0" y="0"/>
                <wp:positionH relativeFrom="page">
                  <wp:posOffset>3629082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59" name="Text 28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6" behindDoc="0" locked="0" layoutInCell="1" allowOverlap="1">
                <wp:simplePos x="0" y="0"/>
                <wp:positionH relativeFrom="page">
                  <wp:posOffset>3906331</wp:posOffset>
                </wp:positionH>
                <wp:positionV relativeFrom="page">
                  <wp:posOffset>5805525</wp:posOffset>
                </wp:positionV>
                <wp:extent cx="453513" cy="128016"/>
                <wp:effectExtent l="0" t="0" r="0" b="0"/>
                <wp:wrapNone/>
                <wp:docPr id="2860" name="Text 28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7" behindDoc="0" locked="0" layoutInCell="1" allowOverlap="1">
                <wp:simplePos x="0" y="0"/>
                <wp:positionH relativeFrom="page">
                  <wp:posOffset>4177722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61" name="Text 28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8" behindDoc="0" locked="0" layoutInCell="1" allowOverlap="1">
                <wp:simplePos x="0" y="0"/>
                <wp:positionH relativeFrom="page">
                  <wp:posOffset>2531802</wp:posOffset>
                </wp:positionH>
                <wp:positionV relativeFrom="page">
                  <wp:posOffset>6006693</wp:posOffset>
                </wp:positionV>
                <wp:extent cx="459943" cy="128016"/>
                <wp:effectExtent l="0" t="0" r="0" b="0"/>
                <wp:wrapNone/>
                <wp:docPr id="2862" name="Text 28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9" behindDoc="0" locked="0" layoutInCell="1" allowOverlap="1">
                <wp:simplePos x="0" y="0"/>
                <wp:positionH relativeFrom="page">
                  <wp:posOffset>2784476</wp:posOffset>
                </wp:positionH>
                <wp:positionV relativeFrom="page">
                  <wp:posOffset>6006693</wp:posOffset>
                </wp:positionV>
                <wp:extent cx="502662" cy="128016"/>
                <wp:effectExtent l="0" t="0" r="0" b="0"/>
                <wp:wrapNone/>
                <wp:docPr id="2863" name="Text 28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0" behindDoc="0" locked="0" layoutInCell="1" allowOverlap="1">
                <wp:simplePos x="0" y="0"/>
                <wp:positionH relativeFrom="page">
                  <wp:posOffset>3070369</wp:posOffset>
                </wp:positionH>
                <wp:positionV relativeFrom="page">
                  <wp:posOffset>6006693</wp:posOffset>
                </wp:positionV>
                <wp:extent cx="479517" cy="128016"/>
                <wp:effectExtent l="0" t="0" r="0" b="0"/>
                <wp:wrapNone/>
                <wp:docPr id="2864" name="Text 28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1" behindDoc="0" locked="0" layoutInCell="1" allowOverlap="1">
                <wp:simplePos x="0" y="0"/>
                <wp:positionH relativeFrom="page">
                  <wp:posOffset>3334616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865" name="Text 28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2" behindDoc="0" locked="0" layoutInCell="1" allowOverlap="1">
                <wp:simplePos x="0" y="0"/>
                <wp:positionH relativeFrom="page">
                  <wp:posOffset>3608365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866" name="Text 28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3" behindDoc="0" locked="0" layoutInCell="1" allowOverlap="1">
                <wp:simplePos x="0" y="0"/>
                <wp:positionH relativeFrom="page">
                  <wp:posOffset>3881185</wp:posOffset>
                </wp:positionH>
                <wp:positionV relativeFrom="page">
                  <wp:posOffset>6006693</wp:posOffset>
                </wp:positionV>
                <wp:extent cx="503805" cy="128016"/>
                <wp:effectExtent l="0" t="0" r="0" b="0"/>
                <wp:wrapNone/>
                <wp:docPr id="2867" name="Text 28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4" behindDoc="0" locked="0" layoutInCell="1" allowOverlap="1">
                <wp:simplePos x="0" y="0"/>
                <wp:positionH relativeFrom="page">
                  <wp:posOffset>4158219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868" name="Text 28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5" behindDoc="0" locked="0" layoutInCell="1" allowOverlap="1">
                <wp:simplePos x="0" y="0"/>
                <wp:positionH relativeFrom="page">
                  <wp:posOffset>2510942</wp:posOffset>
                </wp:positionH>
                <wp:positionV relativeFrom="page">
                  <wp:posOffset>6207861</wp:posOffset>
                </wp:positionV>
                <wp:extent cx="501689" cy="128016"/>
                <wp:effectExtent l="0" t="0" r="0" b="0"/>
                <wp:wrapNone/>
                <wp:docPr id="2869" name="Text 28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6" behindDoc="0" locked="0" layoutInCell="1" allowOverlap="1">
                <wp:simplePos x="0" y="0"/>
                <wp:positionH relativeFrom="page">
                  <wp:posOffset>2788191</wp:posOffset>
                </wp:positionH>
                <wp:positionV relativeFrom="page">
                  <wp:posOffset>6207861</wp:posOffset>
                </wp:positionV>
                <wp:extent cx="495233" cy="128016"/>
                <wp:effectExtent l="0" t="0" r="0" b="0"/>
                <wp:wrapNone/>
                <wp:docPr id="2870" name="Text 28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7" behindDoc="0" locked="0" layoutInCell="1" allowOverlap="1">
                <wp:simplePos x="0" y="0"/>
                <wp:positionH relativeFrom="page">
                  <wp:posOffset>3059582</wp:posOffset>
                </wp:positionH>
                <wp:positionV relativeFrom="page">
                  <wp:posOffset>6207861</wp:posOffset>
                </wp:positionV>
                <wp:extent cx="501689" cy="128016"/>
                <wp:effectExtent l="0" t="0" r="0" b="0"/>
                <wp:wrapNone/>
                <wp:docPr id="2871" name="Text 28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8" behindDoc="0" locked="0" layoutInCell="1" allowOverlap="1">
                <wp:simplePos x="0" y="0"/>
                <wp:positionH relativeFrom="page">
                  <wp:posOffset>3333902</wp:posOffset>
                </wp:positionH>
                <wp:positionV relativeFrom="page">
                  <wp:posOffset>6207861</wp:posOffset>
                </wp:positionV>
                <wp:extent cx="501689" cy="128016"/>
                <wp:effectExtent l="0" t="0" r="0" b="0"/>
                <wp:wrapNone/>
                <wp:docPr id="2872" name="Text 28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9" behindDoc="0" locked="0" layoutInCell="1" allowOverlap="1">
                <wp:simplePos x="0" y="0"/>
                <wp:positionH relativeFrom="page">
                  <wp:posOffset>3597292</wp:posOffset>
                </wp:positionH>
                <wp:positionV relativeFrom="page">
                  <wp:posOffset>6207861</wp:posOffset>
                </wp:positionV>
                <wp:extent cx="522951" cy="128016"/>
                <wp:effectExtent l="0" t="0" r="0" b="0"/>
                <wp:wrapNone/>
                <wp:docPr id="2873" name="Text 28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0" behindDoc="0" locked="0" layoutInCell="1" allowOverlap="1">
                <wp:simplePos x="0" y="0"/>
                <wp:positionH relativeFrom="page">
                  <wp:posOffset>3883256</wp:posOffset>
                </wp:positionH>
                <wp:positionV relativeFrom="page">
                  <wp:posOffset>6207861</wp:posOffset>
                </wp:positionV>
                <wp:extent cx="499662" cy="128016"/>
                <wp:effectExtent l="0" t="0" r="0" b="0"/>
                <wp:wrapNone/>
                <wp:docPr id="2874" name="Text 28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1" behindDoc="0" locked="0" layoutInCell="1" allowOverlap="1">
                <wp:simplePos x="0" y="0"/>
                <wp:positionH relativeFrom="page">
                  <wp:posOffset>4147432</wp:posOffset>
                </wp:positionH>
                <wp:positionV relativeFrom="page">
                  <wp:posOffset>6207861</wp:posOffset>
                </wp:positionV>
                <wp:extent cx="521924" cy="128016"/>
                <wp:effectExtent l="0" t="0" r="0" b="0"/>
                <wp:wrapNone/>
                <wp:docPr id="2875" name="Text 28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2" behindDoc="0" locked="0" layoutInCell="1" allowOverlap="1">
                <wp:simplePos x="0" y="0"/>
                <wp:positionH relativeFrom="page">
                  <wp:posOffset>2500941</wp:posOffset>
                </wp:positionH>
                <wp:positionV relativeFrom="page">
                  <wp:posOffset>6409029</wp:posOffset>
                </wp:positionV>
                <wp:extent cx="521924" cy="128016"/>
                <wp:effectExtent l="0" t="0" r="0" b="0"/>
                <wp:wrapNone/>
                <wp:docPr id="2876" name="Text 28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3" behindDoc="0" locked="0" layoutInCell="1" allowOverlap="1">
                <wp:simplePos x="0" y="0"/>
                <wp:positionH relativeFrom="page">
                  <wp:posOffset>2774618</wp:posOffset>
                </wp:positionH>
                <wp:positionV relativeFrom="page">
                  <wp:posOffset>6409029</wp:posOffset>
                </wp:positionV>
                <wp:extent cx="522379" cy="128016"/>
                <wp:effectExtent l="0" t="0" r="0" b="0"/>
                <wp:wrapNone/>
                <wp:docPr id="2877" name="Text 28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4" behindDoc="0" locked="0" layoutInCell="1" allowOverlap="1">
                <wp:simplePos x="0" y="0"/>
                <wp:positionH relativeFrom="page">
                  <wp:posOffset>3050795</wp:posOffset>
                </wp:positionH>
                <wp:positionV relativeFrom="page">
                  <wp:posOffset>6409029</wp:posOffset>
                </wp:positionV>
                <wp:extent cx="521924" cy="128016"/>
                <wp:effectExtent l="0" t="0" r="0" b="0"/>
                <wp:wrapNone/>
                <wp:docPr id="2878" name="Text 28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5" behindDoc="0" locked="0" layoutInCell="1" allowOverlap="1">
                <wp:simplePos x="0" y="0"/>
                <wp:positionH relativeFrom="page">
                  <wp:posOffset>3323758</wp:posOffset>
                </wp:positionH>
                <wp:positionV relativeFrom="page">
                  <wp:posOffset>6409029</wp:posOffset>
                </wp:positionV>
                <wp:extent cx="521924" cy="128016"/>
                <wp:effectExtent l="0" t="0" r="0" b="0"/>
                <wp:wrapNone/>
                <wp:docPr id="2879" name="Text 28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6" behindDoc="0" locked="0" layoutInCell="1" allowOverlap="1">
                <wp:simplePos x="0" y="0"/>
                <wp:positionH relativeFrom="page">
                  <wp:posOffset>3601078</wp:posOffset>
                </wp:positionH>
                <wp:positionV relativeFrom="page">
                  <wp:posOffset>6409029</wp:posOffset>
                </wp:positionV>
                <wp:extent cx="515378" cy="128016"/>
                <wp:effectExtent l="0" t="0" r="0" b="0"/>
                <wp:wrapNone/>
                <wp:docPr id="2880" name="Text 28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7" behindDoc="0" locked="0" layoutInCell="1" allowOverlap="1">
                <wp:simplePos x="0" y="0"/>
                <wp:positionH relativeFrom="page">
                  <wp:posOffset>3872469</wp:posOffset>
                </wp:positionH>
                <wp:positionV relativeFrom="page">
                  <wp:posOffset>6409029</wp:posOffset>
                </wp:positionV>
                <wp:extent cx="521924" cy="128016"/>
                <wp:effectExtent l="0" t="0" r="0" b="0"/>
                <wp:wrapNone/>
                <wp:docPr id="2881" name="Text 28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8" behindDoc="0" locked="0" layoutInCell="1" allowOverlap="1">
                <wp:simplePos x="0" y="0"/>
                <wp:positionH relativeFrom="page">
                  <wp:posOffset>4146718</wp:posOffset>
                </wp:positionH>
                <wp:positionV relativeFrom="page">
                  <wp:posOffset>6409029</wp:posOffset>
                </wp:positionV>
                <wp:extent cx="521924" cy="128016"/>
                <wp:effectExtent l="0" t="0" r="0" b="0"/>
                <wp:wrapNone/>
                <wp:docPr id="2882" name="Text 28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9" behindDoc="0" locked="0" layoutInCell="1" allowOverlap="1">
                <wp:simplePos x="0" y="0"/>
                <wp:positionH relativeFrom="page">
                  <wp:posOffset>2499512</wp:posOffset>
                </wp:positionH>
                <wp:positionV relativeFrom="page">
                  <wp:posOffset>6610197</wp:posOffset>
                </wp:positionV>
                <wp:extent cx="523951" cy="128016"/>
                <wp:effectExtent l="0" t="0" r="0" b="0"/>
                <wp:wrapNone/>
                <wp:docPr id="2883" name="Text 28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0" behindDoc="0" locked="0" layoutInCell="1" allowOverlap="1">
                <wp:simplePos x="0" y="0"/>
                <wp:positionH relativeFrom="page">
                  <wp:posOffset>2785405</wp:posOffset>
                </wp:positionH>
                <wp:positionV relativeFrom="page">
                  <wp:posOffset>6610197</wp:posOffset>
                </wp:positionV>
                <wp:extent cx="500805" cy="128016"/>
                <wp:effectExtent l="0" t="0" r="0" b="0"/>
                <wp:wrapNone/>
                <wp:docPr id="2884" name="Text 28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1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5339181</wp:posOffset>
                </wp:positionV>
                <wp:extent cx="746093" cy="164592"/>
                <wp:effectExtent l="0" t="0" r="0" b="0"/>
                <wp:wrapNone/>
                <wp:docPr id="2885" name="Text 28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3"/>
                                <w:sz w:val="22"/>
                                <w:szCs w:val="22"/>
                              </w:rPr>
                              <w:t xml:space="preserve">SEP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2" behindDoc="0" locked="0" layoutInCell="1" allowOverlap="1">
                <wp:simplePos x="0" y="0"/>
                <wp:positionH relativeFrom="page">
                  <wp:posOffset>5249213</wp:posOffset>
                </wp:positionH>
                <wp:positionV relativeFrom="page">
                  <wp:posOffset>5604357</wp:posOffset>
                </wp:positionV>
                <wp:extent cx="437797" cy="128016"/>
                <wp:effectExtent l="0" t="0" r="0" b="0"/>
                <wp:wrapNone/>
                <wp:docPr id="2886" name="Text 28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3" behindDoc="0" locked="0" layoutInCell="1" allowOverlap="1">
                <wp:simplePos x="0" y="0"/>
                <wp:positionH relativeFrom="page">
                  <wp:posOffset>5513460</wp:posOffset>
                </wp:positionH>
                <wp:positionV relativeFrom="page">
                  <wp:posOffset>5604357</wp:posOffset>
                </wp:positionV>
                <wp:extent cx="459943" cy="128016"/>
                <wp:effectExtent l="0" t="0" r="0" b="0"/>
                <wp:wrapNone/>
                <wp:docPr id="2887" name="Text 28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4" behindDoc="0" locked="0" layoutInCell="1" allowOverlap="1">
                <wp:simplePos x="0" y="0"/>
                <wp:positionH relativeFrom="page">
                  <wp:posOffset>5787209</wp:posOffset>
                </wp:positionH>
                <wp:positionV relativeFrom="page">
                  <wp:posOffset>5604357</wp:posOffset>
                </wp:positionV>
                <wp:extent cx="459943" cy="128016"/>
                <wp:effectExtent l="0" t="0" r="0" b="0"/>
                <wp:wrapNone/>
                <wp:docPr id="2888" name="Text 28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5" behindDoc="0" locked="0" layoutInCell="1" allowOverlap="1">
                <wp:simplePos x="0" y="0"/>
                <wp:positionH relativeFrom="page">
                  <wp:posOffset>6060100</wp:posOffset>
                </wp:positionH>
                <wp:positionV relativeFrom="page">
                  <wp:posOffset>5604357</wp:posOffset>
                </wp:positionV>
                <wp:extent cx="461943" cy="128016"/>
                <wp:effectExtent l="0" t="0" r="0" b="0"/>
                <wp:wrapNone/>
                <wp:docPr id="2889" name="Text 28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6" behindDoc="0" locked="0" layoutInCell="1" allowOverlap="1">
                <wp:simplePos x="0" y="0"/>
                <wp:positionH relativeFrom="page">
                  <wp:posOffset>6337063</wp:posOffset>
                </wp:positionH>
                <wp:positionV relativeFrom="page">
                  <wp:posOffset>5604357</wp:posOffset>
                </wp:positionV>
                <wp:extent cx="459943" cy="128016"/>
                <wp:effectExtent l="0" t="0" r="0" b="0"/>
                <wp:wrapNone/>
                <wp:docPr id="2890" name="Text 28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7" behindDoc="0" locked="0" layoutInCell="1" allowOverlap="1">
                <wp:simplePos x="0" y="0"/>
                <wp:positionH relativeFrom="page">
                  <wp:posOffset>4689786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91" name="Text 28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8" behindDoc="0" locked="0" layoutInCell="1" allowOverlap="1">
                <wp:simplePos x="0" y="0"/>
                <wp:positionH relativeFrom="page">
                  <wp:posOffset>4967035</wp:posOffset>
                </wp:positionH>
                <wp:positionV relativeFrom="page">
                  <wp:posOffset>5805525</wp:posOffset>
                </wp:positionV>
                <wp:extent cx="453513" cy="128016"/>
                <wp:effectExtent l="0" t="0" r="0" b="0"/>
                <wp:wrapNone/>
                <wp:docPr id="2892" name="Text 28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9" behindDoc="0" locked="0" layoutInCell="1" allowOverlap="1">
                <wp:simplePos x="0" y="0"/>
                <wp:positionH relativeFrom="page">
                  <wp:posOffset>5238426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93" name="Text 28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0" behindDoc="0" locked="0" layoutInCell="1" allowOverlap="1">
                <wp:simplePos x="0" y="0"/>
                <wp:positionH relativeFrom="page">
                  <wp:posOffset>5512746</wp:posOffset>
                </wp:positionH>
                <wp:positionV relativeFrom="page">
                  <wp:posOffset>5805525</wp:posOffset>
                </wp:positionV>
                <wp:extent cx="459943" cy="128016"/>
                <wp:effectExtent l="0" t="0" r="0" b="0"/>
                <wp:wrapNone/>
                <wp:docPr id="2894" name="Text 28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1" behindDoc="0" locked="0" layoutInCell="1" allowOverlap="1">
                <wp:simplePos x="0" y="0"/>
                <wp:positionH relativeFrom="page">
                  <wp:posOffset>5765420</wp:posOffset>
                </wp:positionH>
                <wp:positionV relativeFrom="page">
                  <wp:posOffset>5805525</wp:posOffset>
                </wp:positionV>
                <wp:extent cx="502662" cy="128016"/>
                <wp:effectExtent l="0" t="0" r="0" b="0"/>
                <wp:wrapNone/>
                <wp:docPr id="2895" name="Text 28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2" behindDoc="0" locked="0" layoutInCell="1" allowOverlap="1">
                <wp:simplePos x="0" y="0"/>
                <wp:positionH relativeFrom="page">
                  <wp:posOffset>6051313</wp:posOffset>
                </wp:positionH>
                <wp:positionV relativeFrom="page">
                  <wp:posOffset>5805525</wp:posOffset>
                </wp:positionV>
                <wp:extent cx="479517" cy="128016"/>
                <wp:effectExtent l="0" t="0" r="0" b="0"/>
                <wp:wrapNone/>
                <wp:docPr id="2896" name="Text 28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3" behindDoc="0" locked="0" layoutInCell="1" allowOverlap="1">
                <wp:simplePos x="0" y="0"/>
                <wp:positionH relativeFrom="page">
                  <wp:posOffset>6315560</wp:posOffset>
                </wp:positionH>
                <wp:positionV relativeFrom="page">
                  <wp:posOffset>5805525</wp:posOffset>
                </wp:positionV>
                <wp:extent cx="501689" cy="128016"/>
                <wp:effectExtent l="0" t="0" r="0" b="0"/>
                <wp:wrapNone/>
                <wp:docPr id="2897" name="Text 28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4" behindDoc="0" locked="0" layoutInCell="1" allowOverlap="1">
                <wp:simplePos x="0" y="0"/>
                <wp:positionH relativeFrom="page">
                  <wp:posOffset>4669069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898" name="Text 28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5" behindDoc="0" locked="0" layoutInCell="1" allowOverlap="1">
                <wp:simplePos x="0" y="0"/>
                <wp:positionH relativeFrom="page">
                  <wp:posOffset>4941889</wp:posOffset>
                </wp:positionH>
                <wp:positionV relativeFrom="page">
                  <wp:posOffset>6006693</wp:posOffset>
                </wp:positionV>
                <wp:extent cx="503805" cy="128016"/>
                <wp:effectExtent l="0" t="0" r="0" b="0"/>
                <wp:wrapNone/>
                <wp:docPr id="2899" name="Text 28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6" behindDoc="0" locked="0" layoutInCell="1" allowOverlap="1">
                <wp:simplePos x="0" y="0"/>
                <wp:positionH relativeFrom="page">
                  <wp:posOffset>5218923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900" name="Text 29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7" behindDoc="0" locked="0" layoutInCell="1" allowOverlap="1">
                <wp:simplePos x="0" y="0"/>
                <wp:positionH relativeFrom="page">
                  <wp:posOffset>5491886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901" name="Text 29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8" behindDoc="0" locked="0" layoutInCell="1" allowOverlap="1">
                <wp:simplePos x="0" y="0"/>
                <wp:positionH relativeFrom="page">
                  <wp:posOffset>5769135</wp:posOffset>
                </wp:positionH>
                <wp:positionV relativeFrom="page">
                  <wp:posOffset>6006693</wp:posOffset>
                </wp:positionV>
                <wp:extent cx="495233" cy="128016"/>
                <wp:effectExtent l="0" t="0" r="0" b="0"/>
                <wp:wrapNone/>
                <wp:docPr id="2902" name="Text 29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9" behindDoc="0" locked="0" layoutInCell="1" allowOverlap="1">
                <wp:simplePos x="0" y="0"/>
                <wp:positionH relativeFrom="page">
                  <wp:posOffset>6040526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903" name="Text 29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0" behindDoc="0" locked="0" layoutInCell="1" allowOverlap="1">
                <wp:simplePos x="0" y="0"/>
                <wp:positionH relativeFrom="page">
                  <wp:posOffset>6314846</wp:posOffset>
                </wp:positionH>
                <wp:positionV relativeFrom="page">
                  <wp:posOffset>6006693</wp:posOffset>
                </wp:positionV>
                <wp:extent cx="501689" cy="128016"/>
                <wp:effectExtent l="0" t="0" r="0" b="0"/>
                <wp:wrapNone/>
                <wp:docPr id="2904" name="Text 29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1" behindDoc="0" locked="0" layoutInCell="1" allowOverlap="1">
                <wp:simplePos x="0" y="0"/>
                <wp:positionH relativeFrom="page">
                  <wp:posOffset>4657996</wp:posOffset>
                </wp:positionH>
                <wp:positionV relativeFrom="page">
                  <wp:posOffset>6207861</wp:posOffset>
                </wp:positionV>
                <wp:extent cx="522951" cy="128016"/>
                <wp:effectExtent l="0" t="0" r="0" b="0"/>
                <wp:wrapNone/>
                <wp:docPr id="2905" name="Text 29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2" behindDoc="0" locked="0" layoutInCell="1" allowOverlap="1">
                <wp:simplePos x="0" y="0"/>
                <wp:positionH relativeFrom="page">
                  <wp:posOffset>4943960</wp:posOffset>
                </wp:positionH>
                <wp:positionV relativeFrom="page">
                  <wp:posOffset>6207861</wp:posOffset>
                </wp:positionV>
                <wp:extent cx="499662" cy="128016"/>
                <wp:effectExtent l="0" t="0" r="0" b="0"/>
                <wp:wrapNone/>
                <wp:docPr id="2906" name="Text 29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3" behindDoc="0" locked="0" layoutInCell="1" allowOverlap="1">
                <wp:simplePos x="0" y="0"/>
                <wp:positionH relativeFrom="page">
                  <wp:posOffset>5208136</wp:posOffset>
                </wp:positionH>
                <wp:positionV relativeFrom="page">
                  <wp:posOffset>6207861</wp:posOffset>
                </wp:positionV>
                <wp:extent cx="521924" cy="128016"/>
                <wp:effectExtent l="0" t="0" r="0" b="0"/>
                <wp:wrapNone/>
                <wp:docPr id="2907" name="Text 29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4" behindDoc="0" locked="0" layoutInCell="1" allowOverlap="1">
                <wp:simplePos x="0" y="0"/>
                <wp:positionH relativeFrom="page">
                  <wp:posOffset>5481885</wp:posOffset>
                </wp:positionH>
                <wp:positionV relativeFrom="page">
                  <wp:posOffset>6207861</wp:posOffset>
                </wp:positionV>
                <wp:extent cx="521924" cy="128016"/>
                <wp:effectExtent l="0" t="0" r="0" b="0"/>
                <wp:wrapNone/>
                <wp:docPr id="2908" name="Text 29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5" behindDoc="0" locked="0" layoutInCell="1" allowOverlap="1">
                <wp:simplePos x="0" y="0"/>
                <wp:positionH relativeFrom="page">
                  <wp:posOffset>5755562</wp:posOffset>
                </wp:positionH>
                <wp:positionV relativeFrom="page">
                  <wp:posOffset>6207861</wp:posOffset>
                </wp:positionV>
                <wp:extent cx="522379" cy="128016"/>
                <wp:effectExtent l="0" t="0" r="0" b="0"/>
                <wp:wrapNone/>
                <wp:docPr id="2909" name="Text 29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6" behindDoc="0" locked="0" layoutInCell="1" allowOverlap="1">
                <wp:simplePos x="0" y="0"/>
                <wp:positionH relativeFrom="page">
                  <wp:posOffset>6031739</wp:posOffset>
                </wp:positionH>
                <wp:positionV relativeFrom="page">
                  <wp:posOffset>6207861</wp:posOffset>
                </wp:positionV>
                <wp:extent cx="521924" cy="128016"/>
                <wp:effectExtent l="0" t="0" r="0" b="0"/>
                <wp:wrapNone/>
                <wp:docPr id="2910" name="Text 29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7" behindDoc="0" locked="0" layoutInCell="1" allowOverlap="1">
                <wp:simplePos x="0" y="0"/>
                <wp:positionH relativeFrom="page">
                  <wp:posOffset>6304702</wp:posOffset>
                </wp:positionH>
                <wp:positionV relativeFrom="page">
                  <wp:posOffset>6207861</wp:posOffset>
                </wp:positionV>
                <wp:extent cx="521924" cy="128016"/>
                <wp:effectExtent l="0" t="0" r="0" b="0"/>
                <wp:wrapNone/>
                <wp:docPr id="2911" name="Text 29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8" behindDoc="0" locked="0" layoutInCell="1" allowOverlap="1">
                <wp:simplePos x="0" y="0"/>
                <wp:positionH relativeFrom="page">
                  <wp:posOffset>4661782</wp:posOffset>
                </wp:positionH>
                <wp:positionV relativeFrom="page">
                  <wp:posOffset>6409029</wp:posOffset>
                </wp:positionV>
                <wp:extent cx="515378" cy="128016"/>
                <wp:effectExtent l="0" t="0" r="0" b="0"/>
                <wp:wrapNone/>
                <wp:docPr id="2912" name="Text 29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9" behindDoc="0" locked="0" layoutInCell="1" allowOverlap="1">
                <wp:simplePos x="0" y="0"/>
                <wp:positionH relativeFrom="page">
                  <wp:posOffset>4933173</wp:posOffset>
                </wp:positionH>
                <wp:positionV relativeFrom="page">
                  <wp:posOffset>6409029</wp:posOffset>
                </wp:positionV>
                <wp:extent cx="521924" cy="128016"/>
                <wp:effectExtent l="0" t="0" r="0" b="0"/>
                <wp:wrapNone/>
                <wp:docPr id="2913" name="Text 29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0" behindDoc="0" locked="0" layoutInCell="1" allowOverlap="1">
                <wp:simplePos x="0" y="0"/>
                <wp:positionH relativeFrom="page">
                  <wp:posOffset>5207422</wp:posOffset>
                </wp:positionH>
                <wp:positionV relativeFrom="page">
                  <wp:posOffset>6409029</wp:posOffset>
                </wp:positionV>
                <wp:extent cx="521924" cy="128016"/>
                <wp:effectExtent l="0" t="0" r="0" b="0"/>
                <wp:wrapNone/>
                <wp:docPr id="2914" name="Text 29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1" behindDoc="0" locked="0" layoutInCell="1" allowOverlap="1">
                <wp:simplePos x="0" y="0"/>
                <wp:positionH relativeFrom="page">
                  <wp:posOffset>5480456</wp:posOffset>
                </wp:positionH>
                <wp:positionV relativeFrom="page">
                  <wp:posOffset>6409029</wp:posOffset>
                </wp:positionV>
                <wp:extent cx="523951" cy="128016"/>
                <wp:effectExtent l="0" t="0" r="0" b="0"/>
                <wp:wrapNone/>
                <wp:docPr id="2915" name="Text 29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2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6985101</wp:posOffset>
                </wp:positionV>
                <wp:extent cx="746093" cy="164592"/>
                <wp:effectExtent l="0" t="0" r="0" b="0"/>
                <wp:wrapNone/>
                <wp:docPr id="2916" name="Text 29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3"/>
                                <w:sz w:val="22"/>
                                <w:szCs w:val="22"/>
                              </w:rPr>
                              <w:t xml:space="preserve">OCT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3" behindDoc="0" locked="0" layoutInCell="1" allowOverlap="1">
                <wp:simplePos x="0" y="0"/>
                <wp:positionH relativeFrom="page">
                  <wp:posOffset>1481885</wp:posOffset>
                </wp:positionH>
                <wp:positionV relativeFrom="page">
                  <wp:posOffset>7250277</wp:posOffset>
                </wp:positionV>
                <wp:extent cx="437797" cy="128016"/>
                <wp:effectExtent l="0" t="0" r="0" b="0"/>
                <wp:wrapNone/>
                <wp:docPr id="2917" name="Text 29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4" behindDoc="0" locked="0" layoutInCell="1" allowOverlap="1">
                <wp:simplePos x="0" y="0"/>
                <wp:positionH relativeFrom="page">
                  <wp:posOffset>1746132</wp:posOffset>
                </wp:positionH>
                <wp:positionV relativeFrom="page">
                  <wp:posOffset>7250277</wp:posOffset>
                </wp:positionV>
                <wp:extent cx="459943" cy="128016"/>
                <wp:effectExtent l="0" t="0" r="0" b="0"/>
                <wp:wrapNone/>
                <wp:docPr id="2918" name="Text 29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5" behindDoc="0" locked="0" layoutInCell="1" allowOverlap="1">
                <wp:simplePos x="0" y="0"/>
                <wp:positionH relativeFrom="page">
                  <wp:posOffset>2019881</wp:posOffset>
                </wp:positionH>
                <wp:positionV relativeFrom="page">
                  <wp:posOffset>7250277</wp:posOffset>
                </wp:positionV>
                <wp:extent cx="459943" cy="128016"/>
                <wp:effectExtent l="0" t="0" r="0" b="0"/>
                <wp:wrapNone/>
                <wp:docPr id="2919" name="Text 291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6" behindDoc="0" locked="0" layoutInCell="1" allowOverlap="1">
                <wp:simplePos x="0" y="0"/>
                <wp:positionH relativeFrom="page">
                  <wp:posOffset>372532</wp:posOffset>
                </wp:positionH>
                <wp:positionV relativeFrom="page">
                  <wp:posOffset>7451445</wp:posOffset>
                </wp:positionV>
                <wp:extent cx="461943" cy="128016"/>
                <wp:effectExtent l="0" t="0" r="0" b="0"/>
                <wp:wrapNone/>
                <wp:docPr id="2920" name="Text 292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7" behindDoc="0" locked="0" layoutInCell="1" allowOverlap="1">
                <wp:simplePos x="0" y="0"/>
                <wp:positionH relativeFrom="page">
                  <wp:posOffset>649495</wp:posOffset>
                </wp:positionH>
                <wp:positionV relativeFrom="page">
                  <wp:posOffset>7451445</wp:posOffset>
                </wp:positionV>
                <wp:extent cx="459943" cy="128016"/>
                <wp:effectExtent l="0" t="0" r="0" b="0"/>
                <wp:wrapNone/>
                <wp:docPr id="2921" name="Text 292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8" behindDoc="0" locked="0" layoutInCell="1" allowOverlap="1">
                <wp:simplePos x="0" y="0"/>
                <wp:positionH relativeFrom="page">
                  <wp:posOffset>922458</wp:posOffset>
                </wp:positionH>
                <wp:positionV relativeFrom="page">
                  <wp:posOffset>7451445</wp:posOffset>
                </wp:positionV>
                <wp:extent cx="459943" cy="128016"/>
                <wp:effectExtent l="0" t="0" r="0" b="0"/>
                <wp:wrapNone/>
                <wp:docPr id="2922" name="Text 292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9" behindDoc="0" locked="0" layoutInCell="1" allowOverlap="1">
                <wp:simplePos x="0" y="0"/>
                <wp:positionH relativeFrom="page">
                  <wp:posOffset>1199707</wp:posOffset>
                </wp:positionH>
                <wp:positionV relativeFrom="page">
                  <wp:posOffset>7451445</wp:posOffset>
                </wp:positionV>
                <wp:extent cx="453513" cy="128016"/>
                <wp:effectExtent l="0" t="0" r="0" b="0"/>
                <wp:wrapNone/>
                <wp:docPr id="2923" name="Text 292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0" behindDoc="0" locked="0" layoutInCell="1" allowOverlap="1">
                <wp:simplePos x="0" y="0"/>
                <wp:positionH relativeFrom="page">
                  <wp:posOffset>1471098</wp:posOffset>
                </wp:positionH>
                <wp:positionV relativeFrom="page">
                  <wp:posOffset>7451445</wp:posOffset>
                </wp:positionV>
                <wp:extent cx="459943" cy="128016"/>
                <wp:effectExtent l="0" t="0" r="0" b="0"/>
                <wp:wrapNone/>
                <wp:docPr id="2924" name="Text 292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1" behindDoc="0" locked="0" layoutInCell="1" allowOverlap="1">
                <wp:simplePos x="0" y="0"/>
                <wp:positionH relativeFrom="page">
                  <wp:posOffset>1745418</wp:posOffset>
                </wp:positionH>
                <wp:positionV relativeFrom="page">
                  <wp:posOffset>7451445</wp:posOffset>
                </wp:positionV>
                <wp:extent cx="459943" cy="128016"/>
                <wp:effectExtent l="0" t="0" r="0" b="0"/>
                <wp:wrapNone/>
                <wp:docPr id="2925" name="Text 292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2" behindDoc="0" locked="0" layoutInCell="1" allowOverlap="1">
                <wp:simplePos x="0" y="0"/>
                <wp:positionH relativeFrom="page">
                  <wp:posOffset>1998092</wp:posOffset>
                </wp:positionH>
                <wp:positionV relativeFrom="page">
                  <wp:posOffset>7451445</wp:posOffset>
                </wp:positionV>
                <wp:extent cx="502662" cy="128016"/>
                <wp:effectExtent l="0" t="0" r="0" b="0"/>
                <wp:wrapNone/>
                <wp:docPr id="2926" name="Text 292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3" behindDoc="0" locked="0" layoutInCell="1" allowOverlap="1">
                <wp:simplePos x="0" y="0"/>
                <wp:positionH relativeFrom="page">
                  <wp:posOffset>363745</wp:posOffset>
                </wp:positionH>
                <wp:positionV relativeFrom="page">
                  <wp:posOffset>7652613</wp:posOffset>
                </wp:positionV>
                <wp:extent cx="479517" cy="128016"/>
                <wp:effectExtent l="0" t="0" r="0" b="0"/>
                <wp:wrapNone/>
                <wp:docPr id="2927" name="Text 292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4" behindDoc="0" locked="0" layoutInCell="1" allowOverlap="1">
                <wp:simplePos x="0" y="0"/>
                <wp:positionH relativeFrom="page">
                  <wp:posOffset>627992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28" name="Text 292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5" behindDoc="0" locked="0" layoutInCell="1" allowOverlap="1">
                <wp:simplePos x="0" y="0"/>
                <wp:positionH relativeFrom="page">
                  <wp:posOffset>901741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29" name="Text 292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6" behindDoc="0" locked="0" layoutInCell="1" allowOverlap="1">
                <wp:simplePos x="0" y="0"/>
                <wp:positionH relativeFrom="page">
                  <wp:posOffset>1174561</wp:posOffset>
                </wp:positionH>
                <wp:positionV relativeFrom="page">
                  <wp:posOffset>7652613</wp:posOffset>
                </wp:positionV>
                <wp:extent cx="503805" cy="128016"/>
                <wp:effectExtent l="0" t="0" r="0" b="0"/>
                <wp:wrapNone/>
                <wp:docPr id="2930" name="Text 293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7" behindDoc="0" locked="0" layoutInCell="1" allowOverlap="1">
                <wp:simplePos x="0" y="0"/>
                <wp:positionH relativeFrom="page">
                  <wp:posOffset>1451595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31" name="Text 293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8" behindDoc="0" locked="0" layoutInCell="1" allowOverlap="1">
                <wp:simplePos x="0" y="0"/>
                <wp:positionH relativeFrom="page">
                  <wp:posOffset>1724558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32" name="Text 293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9" behindDoc="0" locked="0" layoutInCell="1" allowOverlap="1">
                <wp:simplePos x="0" y="0"/>
                <wp:positionH relativeFrom="page">
                  <wp:posOffset>2001807</wp:posOffset>
                </wp:positionH>
                <wp:positionV relativeFrom="page">
                  <wp:posOffset>7652613</wp:posOffset>
                </wp:positionV>
                <wp:extent cx="495233" cy="128016"/>
                <wp:effectExtent l="0" t="0" r="0" b="0"/>
                <wp:wrapNone/>
                <wp:docPr id="2933" name="Text 293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0" behindDoc="0" locked="0" layoutInCell="1" allowOverlap="1">
                <wp:simplePos x="0" y="0"/>
                <wp:positionH relativeFrom="page">
                  <wp:posOffset>352958</wp:posOffset>
                </wp:positionH>
                <wp:positionV relativeFrom="page">
                  <wp:posOffset>7853781</wp:posOffset>
                </wp:positionV>
                <wp:extent cx="501689" cy="128016"/>
                <wp:effectExtent l="0" t="0" r="0" b="0"/>
                <wp:wrapNone/>
                <wp:docPr id="2934" name="Text 29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1" behindDoc="0" locked="0" layoutInCell="1" allowOverlap="1">
                <wp:simplePos x="0" y="0"/>
                <wp:positionH relativeFrom="page">
                  <wp:posOffset>627278</wp:posOffset>
                </wp:positionH>
                <wp:positionV relativeFrom="page">
                  <wp:posOffset>7853781</wp:posOffset>
                </wp:positionV>
                <wp:extent cx="501689" cy="128016"/>
                <wp:effectExtent l="0" t="0" r="0" b="0"/>
                <wp:wrapNone/>
                <wp:docPr id="2935" name="Text 29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2" behindDoc="0" locked="0" layoutInCell="1" allowOverlap="1">
                <wp:simplePos x="0" y="0"/>
                <wp:positionH relativeFrom="page">
                  <wp:posOffset>890668</wp:posOffset>
                </wp:positionH>
                <wp:positionV relativeFrom="page">
                  <wp:posOffset>7853781</wp:posOffset>
                </wp:positionV>
                <wp:extent cx="522951" cy="128016"/>
                <wp:effectExtent l="0" t="0" r="0" b="0"/>
                <wp:wrapNone/>
                <wp:docPr id="2936" name="Text 29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3" behindDoc="0" locked="0" layoutInCell="1" allowOverlap="1">
                <wp:simplePos x="0" y="0"/>
                <wp:positionH relativeFrom="page">
                  <wp:posOffset>1176632</wp:posOffset>
                </wp:positionH>
                <wp:positionV relativeFrom="page">
                  <wp:posOffset>7853781</wp:posOffset>
                </wp:positionV>
                <wp:extent cx="499662" cy="128016"/>
                <wp:effectExtent l="0" t="0" r="0" b="0"/>
                <wp:wrapNone/>
                <wp:docPr id="2937" name="Text 29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4" behindDoc="0" locked="0" layoutInCell="1" allowOverlap="1">
                <wp:simplePos x="0" y="0"/>
                <wp:positionH relativeFrom="page">
                  <wp:posOffset>1440808</wp:posOffset>
                </wp:positionH>
                <wp:positionV relativeFrom="page">
                  <wp:posOffset>7853781</wp:posOffset>
                </wp:positionV>
                <wp:extent cx="521924" cy="128016"/>
                <wp:effectExtent l="0" t="0" r="0" b="0"/>
                <wp:wrapNone/>
                <wp:docPr id="2938" name="Text 29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5" behindDoc="0" locked="0" layoutInCell="1" allowOverlap="1">
                <wp:simplePos x="0" y="0"/>
                <wp:positionH relativeFrom="page">
                  <wp:posOffset>1714557</wp:posOffset>
                </wp:positionH>
                <wp:positionV relativeFrom="page">
                  <wp:posOffset>7853781</wp:posOffset>
                </wp:positionV>
                <wp:extent cx="521924" cy="128016"/>
                <wp:effectExtent l="0" t="0" r="0" b="0"/>
                <wp:wrapNone/>
                <wp:docPr id="2939" name="Text 29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6" behindDoc="0" locked="0" layoutInCell="1" allowOverlap="1">
                <wp:simplePos x="0" y="0"/>
                <wp:positionH relativeFrom="page">
                  <wp:posOffset>1988234</wp:posOffset>
                </wp:positionH>
                <wp:positionV relativeFrom="page">
                  <wp:posOffset>7853781</wp:posOffset>
                </wp:positionV>
                <wp:extent cx="522379" cy="128016"/>
                <wp:effectExtent l="0" t="0" r="0" b="0"/>
                <wp:wrapNone/>
                <wp:docPr id="2940" name="Text 29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7" behindDoc="0" locked="0" layoutInCell="1" allowOverlap="1">
                <wp:simplePos x="0" y="0"/>
                <wp:positionH relativeFrom="page">
                  <wp:posOffset>344171</wp:posOffset>
                </wp:positionH>
                <wp:positionV relativeFrom="page">
                  <wp:posOffset>8054949</wp:posOffset>
                </wp:positionV>
                <wp:extent cx="521924" cy="128016"/>
                <wp:effectExtent l="0" t="0" r="0" b="0"/>
                <wp:wrapNone/>
                <wp:docPr id="2941" name="Text 29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8" behindDoc="0" locked="0" layoutInCell="1" allowOverlap="1">
                <wp:simplePos x="0" y="0"/>
                <wp:positionH relativeFrom="page">
                  <wp:posOffset>617134</wp:posOffset>
                </wp:positionH>
                <wp:positionV relativeFrom="page">
                  <wp:posOffset>8054949</wp:posOffset>
                </wp:positionV>
                <wp:extent cx="521924" cy="128016"/>
                <wp:effectExtent l="0" t="0" r="0" b="0"/>
                <wp:wrapNone/>
                <wp:docPr id="2942" name="Text 29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9" behindDoc="0" locked="0" layoutInCell="1" allowOverlap="1">
                <wp:simplePos x="0" y="0"/>
                <wp:positionH relativeFrom="page">
                  <wp:posOffset>894454</wp:posOffset>
                </wp:positionH>
                <wp:positionV relativeFrom="page">
                  <wp:posOffset>8054949</wp:posOffset>
                </wp:positionV>
                <wp:extent cx="515378" cy="128016"/>
                <wp:effectExtent l="0" t="0" r="0" b="0"/>
                <wp:wrapNone/>
                <wp:docPr id="2943" name="Text 29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0" behindDoc="0" locked="0" layoutInCell="1" allowOverlap="1">
                <wp:simplePos x="0" y="0"/>
                <wp:positionH relativeFrom="page">
                  <wp:posOffset>1165845</wp:posOffset>
                </wp:positionH>
                <wp:positionV relativeFrom="page">
                  <wp:posOffset>8054949</wp:posOffset>
                </wp:positionV>
                <wp:extent cx="521924" cy="128016"/>
                <wp:effectExtent l="0" t="0" r="0" b="0"/>
                <wp:wrapNone/>
                <wp:docPr id="2944" name="Text 29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1" behindDoc="0" locked="0" layoutInCell="1" allowOverlap="1">
                <wp:simplePos x="0" y="0"/>
                <wp:positionH relativeFrom="page">
                  <wp:posOffset>1440094</wp:posOffset>
                </wp:positionH>
                <wp:positionV relativeFrom="page">
                  <wp:posOffset>8054949</wp:posOffset>
                </wp:positionV>
                <wp:extent cx="521924" cy="128016"/>
                <wp:effectExtent l="0" t="0" r="0" b="0"/>
                <wp:wrapNone/>
                <wp:docPr id="2945" name="Text 29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2" behindDoc="0" locked="0" layoutInCell="1" allowOverlap="1">
                <wp:simplePos x="0" y="0"/>
                <wp:positionH relativeFrom="page">
                  <wp:posOffset>1713128</wp:posOffset>
                </wp:positionH>
                <wp:positionV relativeFrom="page">
                  <wp:posOffset>8054949</wp:posOffset>
                </wp:positionV>
                <wp:extent cx="523951" cy="128016"/>
                <wp:effectExtent l="0" t="0" r="0" b="0"/>
                <wp:wrapNone/>
                <wp:docPr id="2946" name="Text 29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3" behindDoc="0" locked="0" layoutInCell="1" allowOverlap="1">
                <wp:simplePos x="0" y="0"/>
                <wp:positionH relativeFrom="page">
                  <wp:posOffset>1999021</wp:posOffset>
                </wp:positionH>
                <wp:positionV relativeFrom="page">
                  <wp:posOffset>8054949</wp:posOffset>
                </wp:positionV>
                <wp:extent cx="500805" cy="128016"/>
                <wp:effectExtent l="0" t="0" r="0" b="0"/>
                <wp:wrapNone/>
                <wp:docPr id="2947" name="Text 29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4" behindDoc="0" locked="0" layoutInCell="1" allowOverlap="1">
                <wp:simplePos x="0" y="0"/>
                <wp:positionH relativeFrom="page">
                  <wp:posOffset>2660904</wp:posOffset>
                </wp:positionH>
                <wp:positionV relativeFrom="page">
                  <wp:posOffset>6985101</wp:posOffset>
                </wp:positionV>
                <wp:extent cx="746093" cy="164592"/>
                <wp:effectExtent l="0" t="0" r="0" b="0"/>
                <wp:wrapNone/>
                <wp:docPr id="2948" name="Text 29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3"/>
                                <w:sz w:val="22"/>
                                <w:szCs w:val="22"/>
                              </w:rPr>
                              <w:t xml:space="preserve">NOV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5" behindDoc="0" locked="0" layoutInCell="1" allowOverlap="1">
                <wp:simplePos x="0" y="0"/>
                <wp:positionH relativeFrom="page">
                  <wp:posOffset>2542589</wp:posOffset>
                </wp:positionH>
                <wp:positionV relativeFrom="page">
                  <wp:posOffset>7250277</wp:posOffset>
                </wp:positionV>
                <wp:extent cx="437797" cy="128016"/>
                <wp:effectExtent l="0" t="0" r="0" b="0"/>
                <wp:wrapNone/>
                <wp:docPr id="2949" name="Text 29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6" behindDoc="0" locked="0" layoutInCell="1" allowOverlap="1">
                <wp:simplePos x="0" y="0"/>
                <wp:positionH relativeFrom="page">
                  <wp:posOffset>2806836</wp:posOffset>
                </wp:positionH>
                <wp:positionV relativeFrom="page">
                  <wp:posOffset>7250277</wp:posOffset>
                </wp:positionV>
                <wp:extent cx="459943" cy="128016"/>
                <wp:effectExtent l="0" t="0" r="0" b="0"/>
                <wp:wrapNone/>
                <wp:docPr id="2950" name="Text 29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7" behindDoc="0" locked="0" layoutInCell="1" allowOverlap="1">
                <wp:simplePos x="0" y="0"/>
                <wp:positionH relativeFrom="page">
                  <wp:posOffset>3080585</wp:posOffset>
                </wp:positionH>
                <wp:positionV relativeFrom="page">
                  <wp:posOffset>7250277</wp:posOffset>
                </wp:positionV>
                <wp:extent cx="459943" cy="128016"/>
                <wp:effectExtent l="0" t="0" r="0" b="0"/>
                <wp:wrapNone/>
                <wp:docPr id="2951" name="Text 29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8" behindDoc="0" locked="0" layoutInCell="1" allowOverlap="1">
                <wp:simplePos x="0" y="0"/>
                <wp:positionH relativeFrom="page">
                  <wp:posOffset>3353476</wp:posOffset>
                </wp:positionH>
                <wp:positionV relativeFrom="page">
                  <wp:posOffset>7250277</wp:posOffset>
                </wp:positionV>
                <wp:extent cx="461943" cy="128016"/>
                <wp:effectExtent l="0" t="0" r="0" b="0"/>
                <wp:wrapNone/>
                <wp:docPr id="2952" name="Text 29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9" behindDoc="0" locked="0" layoutInCell="1" allowOverlap="1">
                <wp:simplePos x="0" y="0"/>
                <wp:positionH relativeFrom="page">
                  <wp:posOffset>3630439</wp:posOffset>
                </wp:positionH>
                <wp:positionV relativeFrom="page">
                  <wp:posOffset>7250277</wp:posOffset>
                </wp:positionV>
                <wp:extent cx="459943" cy="128016"/>
                <wp:effectExtent l="0" t="0" r="0" b="0"/>
                <wp:wrapNone/>
                <wp:docPr id="2953" name="Text 29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0" behindDoc="0" locked="0" layoutInCell="1" allowOverlap="1">
                <wp:simplePos x="0" y="0"/>
                <wp:positionH relativeFrom="page">
                  <wp:posOffset>3903402</wp:posOffset>
                </wp:positionH>
                <wp:positionV relativeFrom="page">
                  <wp:posOffset>7250277</wp:posOffset>
                </wp:positionV>
                <wp:extent cx="459943" cy="128016"/>
                <wp:effectExtent l="0" t="0" r="0" b="0"/>
                <wp:wrapNone/>
                <wp:docPr id="2954" name="Text 29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1" behindDoc="0" locked="0" layoutInCell="1" allowOverlap="1">
                <wp:simplePos x="0" y="0"/>
                <wp:positionH relativeFrom="page">
                  <wp:posOffset>4180651</wp:posOffset>
                </wp:positionH>
                <wp:positionV relativeFrom="page">
                  <wp:posOffset>7250277</wp:posOffset>
                </wp:positionV>
                <wp:extent cx="453513" cy="128016"/>
                <wp:effectExtent l="0" t="0" r="0" b="0"/>
                <wp:wrapNone/>
                <wp:docPr id="2955" name="Text 29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2" behindDoc="0" locked="0" layoutInCell="1" allowOverlap="1">
                <wp:simplePos x="0" y="0"/>
                <wp:positionH relativeFrom="page">
                  <wp:posOffset>2531802</wp:posOffset>
                </wp:positionH>
                <wp:positionV relativeFrom="page">
                  <wp:posOffset>7451445</wp:posOffset>
                </wp:positionV>
                <wp:extent cx="459943" cy="128016"/>
                <wp:effectExtent l="0" t="0" r="0" b="0"/>
                <wp:wrapNone/>
                <wp:docPr id="2956" name="Text 29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3" behindDoc="0" locked="0" layoutInCell="1" allowOverlap="1">
                <wp:simplePos x="0" y="0"/>
                <wp:positionH relativeFrom="page">
                  <wp:posOffset>2806122</wp:posOffset>
                </wp:positionH>
                <wp:positionV relativeFrom="page">
                  <wp:posOffset>7451445</wp:posOffset>
                </wp:positionV>
                <wp:extent cx="459943" cy="128016"/>
                <wp:effectExtent l="0" t="0" r="0" b="0"/>
                <wp:wrapNone/>
                <wp:docPr id="2957" name="Text 29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4" behindDoc="0" locked="0" layoutInCell="1" allowOverlap="1">
                <wp:simplePos x="0" y="0"/>
                <wp:positionH relativeFrom="page">
                  <wp:posOffset>3058796</wp:posOffset>
                </wp:positionH>
                <wp:positionV relativeFrom="page">
                  <wp:posOffset>7451445</wp:posOffset>
                </wp:positionV>
                <wp:extent cx="502662" cy="128016"/>
                <wp:effectExtent l="0" t="0" r="0" b="0"/>
                <wp:wrapNone/>
                <wp:docPr id="2958" name="Text 29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5" behindDoc="0" locked="0" layoutInCell="1" allowOverlap="1">
                <wp:simplePos x="0" y="0"/>
                <wp:positionH relativeFrom="page">
                  <wp:posOffset>3344689</wp:posOffset>
                </wp:positionH>
                <wp:positionV relativeFrom="page">
                  <wp:posOffset>7451445</wp:posOffset>
                </wp:positionV>
                <wp:extent cx="479517" cy="128016"/>
                <wp:effectExtent l="0" t="0" r="0" b="0"/>
                <wp:wrapNone/>
                <wp:docPr id="2959" name="Text 29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6" behindDoc="0" locked="0" layoutInCell="1" allowOverlap="1">
                <wp:simplePos x="0" y="0"/>
                <wp:positionH relativeFrom="page">
                  <wp:posOffset>3608936</wp:posOffset>
                </wp:positionH>
                <wp:positionV relativeFrom="page">
                  <wp:posOffset>7451445</wp:posOffset>
                </wp:positionV>
                <wp:extent cx="501689" cy="128016"/>
                <wp:effectExtent l="0" t="0" r="0" b="0"/>
                <wp:wrapNone/>
                <wp:docPr id="2960" name="Text 29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7" behindDoc="0" locked="0" layoutInCell="1" allowOverlap="1">
                <wp:simplePos x="0" y="0"/>
                <wp:positionH relativeFrom="page">
                  <wp:posOffset>3882685</wp:posOffset>
                </wp:positionH>
                <wp:positionV relativeFrom="page">
                  <wp:posOffset>7451445</wp:posOffset>
                </wp:positionV>
                <wp:extent cx="501689" cy="128016"/>
                <wp:effectExtent l="0" t="0" r="0" b="0"/>
                <wp:wrapNone/>
                <wp:docPr id="2961" name="Text 29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8" behindDoc="0" locked="0" layoutInCell="1" allowOverlap="1">
                <wp:simplePos x="0" y="0"/>
                <wp:positionH relativeFrom="page">
                  <wp:posOffset>4155505</wp:posOffset>
                </wp:positionH>
                <wp:positionV relativeFrom="page">
                  <wp:posOffset>7451445</wp:posOffset>
                </wp:positionV>
                <wp:extent cx="503805" cy="128016"/>
                <wp:effectExtent l="0" t="0" r="0" b="0"/>
                <wp:wrapNone/>
                <wp:docPr id="2962" name="Text 29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39" behindDoc="0" locked="0" layoutInCell="1" allowOverlap="1">
                <wp:simplePos x="0" y="0"/>
                <wp:positionH relativeFrom="page">
                  <wp:posOffset>2512299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63" name="Text 29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0" behindDoc="0" locked="0" layoutInCell="1" allowOverlap="1">
                <wp:simplePos x="0" y="0"/>
                <wp:positionH relativeFrom="page">
                  <wp:posOffset>2785262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64" name="Text 29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1" behindDoc="0" locked="0" layoutInCell="1" allowOverlap="1">
                <wp:simplePos x="0" y="0"/>
                <wp:positionH relativeFrom="page">
                  <wp:posOffset>3062511</wp:posOffset>
                </wp:positionH>
                <wp:positionV relativeFrom="page">
                  <wp:posOffset>7652613</wp:posOffset>
                </wp:positionV>
                <wp:extent cx="495233" cy="128016"/>
                <wp:effectExtent l="0" t="0" r="0" b="0"/>
                <wp:wrapNone/>
                <wp:docPr id="2965" name="Text 29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2" behindDoc="0" locked="0" layoutInCell="1" allowOverlap="1">
                <wp:simplePos x="0" y="0"/>
                <wp:positionH relativeFrom="page">
                  <wp:posOffset>3333902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66" name="Text 29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3" behindDoc="0" locked="0" layoutInCell="1" allowOverlap="1">
                <wp:simplePos x="0" y="0"/>
                <wp:positionH relativeFrom="page">
                  <wp:posOffset>3608222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67" name="Text 29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4" behindDoc="0" locked="0" layoutInCell="1" allowOverlap="1">
                <wp:simplePos x="0" y="0"/>
                <wp:positionH relativeFrom="page">
                  <wp:posOffset>3871612</wp:posOffset>
                </wp:positionH>
                <wp:positionV relativeFrom="page">
                  <wp:posOffset>7652613</wp:posOffset>
                </wp:positionV>
                <wp:extent cx="522951" cy="128016"/>
                <wp:effectExtent l="0" t="0" r="0" b="0"/>
                <wp:wrapNone/>
                <wp:docPr id="2968" name="Text 29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5" behindDoc="0" locked="0" layoutInCell="1" allowOverlap="1">
                <wp:simplePos x="0" y="0"/>
                <wp:positionH relativeFrom="page">
                  <wp:posOffset>4157576</wp:posOffset>
                </wp:positionH>
                <wp:positionV relativeFrom="page">
                  <wp:posOffset>7652613</wp:posOffset>
                </wp:positionV>
                <wp:extent cx="499662" cy="128016"/>
                <wp:effectExtent l="0" t="0" r="0" b="0"/>
                <wp:wrapNone/>
                <wp:docPr id="2969" name="Text 29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6" behindDoc="0" locked="0" layoutInCell="1" allowOverlap="1">
                <wp:simplePos x="0" y="0"/>
                <wp:positionH relativeFrom="page">
                  <wp:posOffset>2501512</wp:posOffset>
                </wp:positionH>
                <wp:positionV relativeFrom="page">
                  <wp:posOffset>7853781</wp:posOffset>
                </wp:positionV>
                <wp:extent cx="521924" cy="128016"/>
                <wp:effectExtent l="0" t="0" r="0" b="0"/>
                <wp:wrapNone/>
                <wp:docPr id="2970" name="Text 29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7" behindDoc="0" locked="0" layoutInCell="1" allowOverlap="1">
                <wp:simplePos x="0" y="0"/>
                <wp:positionH relativeFrom="page">
                  <wp:posOffset>2775261</wp:posOffset>
                </wp:positionH>
                <wp:positionV relativeFrom="page">
                  <wp:posOffset>7853781</wp:posOffset>
                </wp:positionV>
                <wp:extent cx="521924" cy="128016"/>
                <wp:effectExtent l="0" t="0" r="0" b="0"/>
                <wp:wrapNone/>
                <wp:docPr id="2971" name="Text 29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8" behindDoc="0" locked="0" layoutInCell="1" allowOverlap="1">
                <wp:simplePos x="0" y="0"/>
                <wp:positionH relativeFrom="page">
                  <wp:posOffset>3048938</wp:posOffset>
                </wp:positionH>
                <wp:positionV relativeFrom="page">
                  <wp:posOffset>7853781</wp:posOffset>
                </wp:positionV>
                <wp:extent cx="522379" cy="128016"/>
                <wp:effectExtent l="0" t="0" r="0" b="0"/>
                <wp:wrapNone/>
                <wp:docPr id="2972" name="Text 29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49" behindDoc="0" locked="0" layoutInCell="1" allowOverlap="1">
                <wp:simplePos x="0" y="0"/>
                <wp:positionH relativeFrom="page">
                  <wp:posOffset>3325115</wp:posOffset>
                </wp:positionH>
                <wp:positionV relativeFrom="page">
                  <wp:posOffset>7853781</wp:posOffset>
                </wp:positionV>
                <wp:extent cx="521924" cy="128016"/>
                <wp:effectExtent l="0" t="0" r="0" b="0"/>
                <wp:wrapNone/>
                <wp:docPr id="2973" name="Text 29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0" behindDoc="0" locked="0" layoutInCell="1" allowOverlap="1">
                <wp:simplePos x="0" y="0"/>
                <wp:positionH relativeFrom="page">
                  <wp:posOffset>3598078</wp:posOffset>
                </wp:positionH>
                <wp:positionV relativeFrom="page">
                  <wp:posOffset>7853781</wp:posOffset>
                </wp:positionV>
                <wp:extent cx="521924" cy="128016"/>
                <wp:effectExtent l="0" t="0" r="0" b="0"/>
                <wp:wrapNone/>
                <wp:docPr id="2974" name="Text 29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1" behindDoc="0" locked="0" layoutInCell="1" allowOverlap="1">
                <wp:simplePos x="0" y="0"/>
                <wp:positionH relativeFrom="page">
                  <wp:posOffset>3875398</wp:posOffset>
                </wp:positionH>
                <wp:positionV relativeFrom="page">
                  <wp:posOffset>7853781</wp:posOffset>
                </wp:positionV>
                <wp:extent cx="515378" cy="128016"/>
                <wp:effectExtent l="0" t="0" r="0" b="0"/>
                <wp:wrapNone/>
                <wp:docPr id="2975" name="Text 29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2" behindDoc="0" locked="0" layoutInCell="1" allowOverlap="1">
                <wp:simplePos x="0" y="0"/>
                <wp:positionH relativeFrom="page">
                  <wp:posOffset>4146789</wp:posOffset>
                </wp:positionH>
                <wp:positionV relativeFrom="page">
                  <wp:posOffset>7853781</wp:posOffset>
                </wp:positionV>
                <wp:extent cx="521924" cy="128016"/>
                <wp:effectExtent l="0" t="0" r="0" b="0"/>
                <wp:wrapNone/>
                <wp:docPr id="2976" name="Text 29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3" behindDoc="0" locked="0" layoutInCell="1" allowOverlap="1">
                <wp:simplePos x="0" y="0"/>
                <wp:positionH relativeFrom="page">
                  <wp:posOffset>2500798</wp:posOffset>
                </wp:positionH>
                <wp:positionV relativeFrom="page">
                  <wp:posOffset>8054949</wp:posOffset>
                </wp:positionV>
                <wp:extent cx="521924" cy="128016"/>
                <wp:effectExtent l="0" t="0" r="0" b="0"/>
                <wp:wrapNone/>
                <wp:docPr id="2977" name="Text 29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4" behindDoc="0" locked="0" layoutInCell="1" allowOverlap="1">
                <wp:simplePos x="0" y="0"/>
                <wp:positionH relativeFrom="page">
                  <wp:posOffset>2773832</wp:posOffset>
                </wp:positionH>
                <wp:positionV relativeFrom="page">
                  <wp:posOffset>8054949</wp:posOffset>
                </wp:positionV>
                <wp:extent cx="523951" cy="128016"/>
                <wp:effectExtent l="0" t="0" r="0" b="0"/>
                <wp:wrapNone/>
                <wp:docPr id="2978" name="Text 29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5" behindDoc="0" locked="0" layoutInCell="1" allowOverlap="1">
                <wp:simplePos x="0" y="0"/>
                <wp:positionH relativeFrom="page">
                  <wp:posOffset>4818888</wp:posOffset>
                </wp:positionH>
                <wp:positionV relativeFrom="page">
                  <wp:posOffset>6985101</wp:posOffset>
                </wp:positionV>
                <wp:extent cx="746093" cy="164592"/>
                <wp:effectExtent l="0" t="0" r="0" b="0"/>
                <wp:wrapNone/>
                <wp:docPr id="2979" name="Text 29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09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3"/>
                                <w:sz w:val="22"/>
                                <w:szCs w:val="22"/>
                              </w:rPr>
                              <w:t xml:space="preserve">DEC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6" behindDoc="0" locked="0" layoutInCell="1" allowOverlap="1">
                <wp:simplePos x="0" y="0"/>
                <wp:positionH relativeFrom="page">
                  <wp:posOffset>5249213</wp:posOffset>
                </wp:positionH>
                <wp:positionV relativeFrom="page">
                  <wp:posOffset>7250277</wp:posOffset>
                </wp:positionV>
                <wp:extent cx="437797" cy="128016"/>
                <wp:effectExtent l="0" t="0" r="0" b="0"/>
                <wp:wrapNone/>
                <wp:docPr id="2980" name="Text 29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79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7" behindDoc="0" locked="0" layoutInCell="1" allowOverlap="1">
                <wp:simplePos x="0" y="0"/>
                <wp:positionH relativeFrom="page">
                  <wp:posOffset>5513460</wp:posOffset>
                </wp:positionH>
                <wp:positionV relativeFrom="page">
                  <wp:posOffset>7250277</wp:posOffset>
                </wp:positionV>
                <wp:extent cx="459943" cy="128016"/>
                <wp:effectExtent l="0" t="0" r="0" b="0"/>
                <wp:wrapNone/>
                <wp:docPr id="2981" name="Text 29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8" behindDoc="0" locked="0" layoutInCell="1" allowOverlap="1">
                <wp:simplePos x="0" y="0"/>
                <wp:positionH relativeFrom="page">
                  <wp:posOffset>5787209</wp:posOffset>
                </wp:positionH>
                <wp:positionV relativeFrom="page">
                  <wp:posOffset>7250277</wp:posOffset>
                </wp:positionV>
                <wp:extent cx="459943" cy="128016"/>
                <wp:effectExtent l="0" t="0" r="0" b="0"/>
                <wp:wrapNone/>
                <wp:docPr id="2982" name="Text 29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59" behindDoc="0" locked="0" layoutInCell="1" allowOverlap="1">
                <wp:simplePos x="0" y="0"/>
                <wp:positionH relativeFrom="page">
                  <wp:posOffset>6060100</wp:posOffset>
                </wp:positionH>
                <wp:positionV relativeFrom="page">
                  <wp:posOffset>7250277</wp:posOffset>
                </wp:positionV>
                <wp:extent cx="461943" cy="128016"/>
                <wp:effectExtent l="0" t="0" r="0" b="0"/>
                <wp:wrapNone/>
                <wp:docPr id="2983" name="Text 29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0" behindDoc="0" locked="0" layoutInCell="1" allowOverlap="1">
                <wp:simplePos x="0" y="0"/>
                <wp:positionH relativeFrom="page">
                  <wp:posOffset>6337063</wp:posOffset>
                </wp:positionH>
                <wp:positionV relativeFrom="page">
                  <wp:posOffset>7250277</wp:posOffset>
                </wp:positionV>
                <wp:extent cx="459943" cy="128016"/>
                <wp:effectExtent l="0" t="0" r="0" b="0"/>
                <wp:wrapNone/>
                <wp:docPr id="2984" name="Text 29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1" behindDoc="0" locked="0" layoutInCell="1" allowOverlap="1">
                <wp:simplePos x="0" y="0"/>
                <wp:positionH relativeFrom="page">
                  <wp:posOffset>4689786</wp:posOffset>
                </wp:positionH>
                <wp:positionV relativeFrom="page">
                  <wp:posOffset>7451445</wp:posOffset>
                </wp:positionV>
                <wp:extent cx="459943" cy="128016"/>
                <wp:effectExtent l="0" t="0" r="0" b="0"/>
                <wp:wrapNone/>
                <wp:docPr id="2985" name="Text 29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2" behindDoc="0" locked="0" layoutInCell="1" allowOverlap="1">
                <wp:simplePos x="0" y="0"/>
                <wp:positionH relativeFrom="page">
                  <wp:posOffset>4967035</wp:posOffset>
                </wp:positionH>
                <wp:positionV relativeFrom="page">
                  <wp:posOffset>7451445</wp:posOffset>
                </wp:positionV>
                <wp:extent cx="453513" cy="128016"/>
                <wp:effectExtent l="0" t="0" r="0" b="0"/>
                <wp:wrapNone/>
                <wp:docPr id="2986" name="Text 29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51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3" behindDoc="0" locked="0" layoutInCell="1" allowOverlap="1">
                <wp:simplePos x="0" y="0"/>
                <wp:positionH relativeFrom="page">
                  <wp:posOffset>5238426</wp:posOffset>
                </wp:positionH>
                <wp:positionV relativeFrom="page">
                  <wp:posOffset>7451445</wp:posOffset>
                </wp:positionV>
                <wp:extent cx="459943" cy="128016"/>
                <wp:effectExtent l="0" t="0" r="0" b="0"/>
                <wp:wrapNone/>
                <wp:docPr id="2987" name="Text 29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4" behindDoc="0" locked="0" layoutInCell="1" allowOverlap="1">
                <wp:simplePos x="0" y="0"/>
                <wp:positionH relativeFrom="page">
                  <wp:posOffset>5512746</wp:posOffset>
                </wp:positionH>
                <wp:positionV relativeFrom="page">
                  <wp:posOffset>7451445</wp:posOffset>
                </wp:positionV>
                <wp:extent cx="459943" cy="128016"/>
                <wp:effectExtent l="0" t="0" r="0" b="0"/>
                <wp:wrapNone/>
                <wp:docPr id="2988" name="Text 29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94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5" behindDoc="0" locked="0" layoutInCell="1" allowOverlap="1">
                <wp:simplePos x="0" y="0"/>
                <wp:positionH relativeFrom="page">
                  <wp:posOffset>5765420</wp:posOffset>
                </wp:positionH>
                <wp:positionV relativeFrom="page">
                  <wp:posOffset>7451445</wp:posOffset>
                </wp:positionV>
                <wp:extent cx="502662" cy="128016"/>
                <wp:effectExtent l="0" t="0" r="0" b="0"/>
                <wp:wrapNone/>
                <wp:docPr id="2989" name="Text 29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2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6" behindDoc="0" locked="0" layoutInCell="1" allowOverlap="1">
                <wp:simplePos x="0" y="0"/>
                <wp:positionH relativeFrom="page">
                  <wp:posOffset>6051313</wp:posOffset>
                </wp:positionH>
                <wp:positionV relativeFrom="page">
                  <wp:posOffset>7451445</wp:posOffset>
                </wp:positionV>
                <wp:extent cx="479517" cy="128016"/>
                <wp:effectExtent l="0" t="0" r="0" b="0"/>
                <wp:wrapNone/>
                <wp:docPr id="2990" name="Text 29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517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7" behindDoc="0" locked="0" layoutInCell="1" allowOverlap="1">
                <wp:simplePos x="0" y="0"/>
                <wp:positionH relativeFrom="page">
                  <wp:posOffset>6315560</wp:posOffset>
                </wp:positionH>
                <wp:positionV relativeFrom="page">
                  <wp:posOffset>7451445</wp:posOffset>
                </wp:positionV>
                <wp:extent cx="501689" cy="128016"/>
                <wp:effectExtent l="0" t="0" r="0" b="0"/>
                <wp:wrapNone/>
                <wp:docPr id="2991" name="Text 29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8" behindDoc="0" locked="0" layoutInCell="1" allowOverlap="1">
                <wp:simplePos x="0" y="0"/>
                <wp:positionH relativeFrom="page">
                  <wp:posOffset>4669069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92" name="Text 29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69" behindDoc="0" locked="0" layoutInCell="1" allowOverlap="1">
                <wp:simplePos x="0" y="0"/>
                <wp:positionH relativeFrom="page">
                  <wp:posOffset>4941889</wp:posOffset>
                </wp:positionH>
                <wp:positionV relativeFrom="page">
                  <wp:posOffset>7652613</wp:posOffset>
                </wp:positionV>
                <wp:extent cx="503805" cy="128016"/>
                <wp:effectExtent l="0" t="0" r="0" b="0"/>
                <wp:wrapNone/>
                <wp:docPr id="2993" name="Text 29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0" behindDoc="0" locked="0" layoutInCell="1" allowOverlap="1">
                <wp:simplePos x="0" y="0"/>
                <wp:positionH relativeFrom="page">
                  <wp:posOffset>5218923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94" name="Text 29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1" behindDoc="0" locked="0" layoutInCell="1" allowOverlap="1">
                <wp:simplePos x="0" y="0"/>
                <wp:positionH relativeFrom="page">
                  <wp:posOffset>5491886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95" name="Text 29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2" behindDoc="0" locked="0" layoutInCell="1" allowOverlap="1">
                <wp:simplePos x="0" y="0"/>
                <wp:positionH relativeFrom="page">
                  <wp:posOffset>5769135</wp:posOffset>
                </wp:positionH>
                <wp:positionV relativeFrom="page">
                  <wp:posOffset>7652613</wp:posOffset>
                </wp:positionV>
                <wp:extent cx="495233" cy="128016"/>
                <wp:effectExtent l="0" t="0" r="0" b="0"/>
                <wp:wrapNone/>
                <wp:docPr id="2996" name="Text 29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233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3" behindDoc="0" locked="0" layoutInCell="1" allowOverlap="1">
                <wp:simplePos x="0" y="0"/>
                <wp:positionH relativeFrom="page">
                  <wp:posOffset>6040526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97" name="Text 29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4" behindDoc="0" locked="0" layoutInCell="1" allowOverlap="1">
                <wp:simplePos x="0" y="0"/>
                <wp:positionH relativeFrom="page">
                  <wp:posOffset>6314846</wp:posOffset>
                </wp:positionH>
                <wp:positionV relativeFrom="page">
                  <wp:posOffset>7652613</wp:posOffset>
                </wp:positionV>
                <wp:extent cx="501689" cy="128016"/>
                <wp:effectExtent l="0" t="0" r="0" b="0"/>
                <wp:wrapNone/>
                <wp:docPr id="2998" name="Text 29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168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19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5" behindDoc="0" locked="0" layoutInCell="1" allowOverlap="1">
                <wp:simplePos x="0" y="0"/>
                <wp:positionH relativeFrom="page">
                  <wp:posOffset>4657996</wp:posOffset>
                </wp:positionH>
                <wp:positionV relativeFrom="page">
                  <wp:posOffset>7853781</wp:posOffset>
                </wp:positionV>
                <wp:extent cx="522951" cy="128016"/>
                <wp:effectExtent l="0" t="0" r="0" b="0"/>
                <wp:wrapNone/>
                <wp:docPr id="2999" name="Text 29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6" behindDoc="0" locked="0" layoutInCell="1" allowOverlap="1">
                <wp:simplePos x="0" y="0"/>
                <wp:positionH relativeFrom="page">
                  <wp:posOffset>4943960</wp:posOffset>
                </wp:positionH>
                <wp:positionV relativeFrom="page">
                  <wp:posOffset>7853781</wp:posOffset>
                </wp:positionV>
                <wp:extent cx="499662" cy="128016"/>
                <wp:effectExtent l="0" t="0" r="0" b="0"/>
                <wp:wrapNone/>
                <wp:docPr id="3000" name="Text 30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662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7" behindDoc="0" locked="0" layoutInCell="1" allowOverlap="1">
                <wp:simplePos x="0" y="0"/>
                <wp:positionH relativeFrom="page">
                  <wp:posOffset>5208136</wp:posOffset>
                </wp:positionH>
                <wp:positionV relativeFrom="page">
                  <wp:posOffset>7853781</wp:posOffset>
                </wp:positionV>
                <wp:extent cx="521924" cy="128016"/>
                <wp:effectExtent l="0" t="0" r="0" b="0"/>
                <wp:wrapNone/>
                <wp:docPr id="3001" name="Text 30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8" behindDoc="0" locked="0" layoutInCell="1" allowOverlap="1">
                <wp:simplePos x="0" y="0"/>
                <wp:positionH relativeFrom="page">
                  <wp:posOffset>5481885</wp:posOffset>
                </wp:positionH>
                <wp:positionV relativeFrom="page">
                  <wp:posOffset>7853781</wp:posOffset>
                </wp:positionV>
                <wp:extent cx="521924" cy="128016"/>
                <wp:effectExtent l="0" t="0" r="0" b="0"/>
                <wp:wrapNone/>
                <wp:docPr id="3002" name="Text 30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79" behindDoc="0" locked="0" layoutInCell="1" allowOverlap="1">
                <wp:simplePos x="0" y="0"/>
                <wp:positionH relativeFrom="page">
                  <wp:posOffset>5755562</wp:posOffset>
                </wp:positionH>
                <wp:positionV relativeFrom="page">
                  <wp:posOffset>7853781</wp:posOffset>
                </wp:positionV>
                <wp:extent cx="522379" cy="128016"/>
                <wp:effectExtent l="0" t="0" r="0" b="0"/>
                <wp:wrapNone/>
                <wp:docPr id="3003" name="Text 30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37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0" behindDoc="0" locked="0" layoutInCell="1" allowOverlap="1">
                <wp:simplePos x="0" y="0"/>
                <wp:positionH relativeFrom="page">
                  <wp:posOffset>6031739</wp:posOffset>
                </wp:positionH>
                <wp:positionV relativeFrom="page">
                  <wp:posOffset>7853781</wp:posOffset>
                </wp:positionV>
                <wp:extent cx="521924" cy="128016"/>
                <wp:effectExtent l="0" t="0" r="0" b="0"/>
                <wp:wrapNone/>
                <wp:docPr id="3004" name="Text 30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1" behindDoc="0" locked="0" layoutInCell="1" allowOverlap="1">
                <wp:simplePos x="0" y="0"/>
                <wp:positionH relativeFrom="page">
                  <wp:posOffset>6304702</wp:posOffset>
                </wp:positionH>
                <wp:positionV relativeFrom="page">
                  <wp:posOffset>7853781</wp:posOffset>
                </wp:positionV>
                <wp:extent cx="521924" cy="128016"/>
                <wp:effectExtent l="0" t="0" r="0" b="0"/>
                <wp:wrapNone/>
                <wp:docPr id="3005" name="Text 30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2" behindDoc="0" locked="0" layoutInCell="1" allowOverlap="1">
                <wp:simplePos x="0" y="0"/>
                <wp:positionH relativeFrom="page">
                  <wp:posOffset>4661782</wp:posOffset>
                </wp:positionH>
                <wp:positionV relativeFrom="page">
                  <wp:posOffset>8054949</wp:posOffset>
                </wp:positionV>
                <wp:extent cx="515378" cy="128016"/>
                <wp:effectExtent l="0" t="0" r="0" b="0"/>
                <wp:wrapNone/>
                <wp:docPr id="3006" name="Text 30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37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3" behindDoc="0" locked="0" layoutInCell="1" allowOverlap="1">
                <wp:simplePos x="0" y="0"/>
                <wp:positionH relativeFrom="page">
                  <wp:posOffset>4933173</wp:posOffset>
                </wp:positionH>
                <wp:positionV relativeFrom="page">
                  <wp:posOffset>8054949</wp:posOffset>
                </wp:positionV>
                <wp:extent cx="521924" cy="128016"/>
                <wp:effectExtent l="0" t="0" r="0" b="0"/>
                <wp:wrapNone/>
                <wp:docPr id="3007" name="Text 30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4" behindDoc="0" locked="0" layoutInCell="1" allowOverlap="1">
                <wp:simplePos x="0" y="0"/>
                <wp:positionH relativeFrom="page">
                  <wp:posOffset>5207422</wp:posOffset>
                </wp:positionH>
                <wp:positionV relativeFrom="page">
                  <wp:posOffset>8054949</wp:posOffset>
                </wp:positionV>
                <wp:extent cx="521924" cy="128016"/>
                <wp:effectExtent l="0" t="0" r="0" b="0"/>
                <wp:wrapNone/>
                <wp:docPr id="3008" name="Text 30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924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5" behindDoc="0" locked="0" layoutInCell="1" allowOverlap="1">
                <wp:simplePos x="0" y="0"/>
                <wp:positionH relativeFrom="page">
                  <wp:posOffset>5480456</wp:posOffset>
                </wp:positionH>
                <wp:positionV relativeFrom="page">
                  <wp:posOffset>8054949</wp:posOffset>
                </wp:positionV>
                <wp:extent cx="523951" cy="128016"/>
                <wp:effectExtent l="0" t="0" r="0" b="0"/>
                <wp:wrapNone/>
                <wp:docPr id="3009" name="Text 30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951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6" behindDoc="0" locked="0" layoutInCell="1" allowOverlap="1">
                <wp:simplePos x="0" y="0"/>
                <wp:positionH relativeFrom="page">
                  <wp:posOffset>5766349</wp:posOffset>
                </wp:positionH>
                <wp:positionV relativeFrom="page">
                  <wp:posOffset>8054949</wp:posOffset>
                </wp:positionV>
                <wp:extent cx="500805" cy="128016"/>
                <wp:effectExtent l="0" t="0" r="0" b="0"/>
                <wp:wrapNone/>
                <wp:docPr id="3010" name="Text 30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0805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16"/>
                                <w:szCs w:val="16"/>
                              </w:rPr>
                              <w:t xml:space="preserve">31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7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176975" cy="146304"/>
                <wp:effectExtent l="0" t="0" r="0" b="0"/>
                <wp:wrapNone/>
                <wp:docPr id="3011" name="Text 30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697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0A0A0A"/>
                                <w:spacing w:val="49"/>
                                <w:sz w:val="20"/>
                                <w:szCs w:val="20"/>
                              </w:rPr>
                              <w:t xml:space="preserve">PLANNER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712317</wp:posOffset>
                </wp:positionV>
                <wp:extent cx="6635892" cy="704088"/>
                <wp:effectExtent l="0" t="0" r="0" b="0"/>
                <wp:wrapNone/>
                <wp:docPr id="3012" name="Text 30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5892" cy="7040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108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b/>
                                <w:bCs/>
                                <w:color w:val="0A0A0A"/>
                                <w:spacing w:val="21"/>
                                <w:sz w:val="92"/>
                                <w:szCs w:val="92"/>
                              </w:rPr>
                              <w:t xml:space="preserve">2027 at a Glance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89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1489557</wp:posOffset>
                </wp:positionV>
                <wp:extent cx="6587937" cy="192024"/>
                <wp:effectExtent l="0" t="0" r="0" b="0"/>
                <wp:wrapNone/>
                <wp:docPr id="3013" name="Text 30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7937" cy="1920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left"/>
                            </w:pPr>
                            <w:r>
                              <w:rPr>
                                <w:rFonts w:ascii="Trebuchet MS" w:hAnsi="Trebuchet MS" w:cs="Trebuchet MS" w:eastAsia="Trebuchet MS"/>
                                <w:color w:val="0A0A0A"/>
                                <w:sz w:val="26"/>
                                <w:szCs w:val="26"/>
                              </w:rPr>
                              <w:t xml:space="preserve">Twelve months, one page. Circle your exam weeks and holidays.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at a Glance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