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45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5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1867571</wp:posOffset>
                </wp:positionH>
                <wp:positionV relativeFrom="page">
                  <wp:posOffset>6234379</wp:posOffset>
                </wp:positionV>
                <wp:extent cx="3658813" cy="1261872"/>
                <wp:effectExtent l="0" t="0" r="0" b="0"/>
                <wp:wrapNone/>
                <wp:docPr id="1458" name="Text 14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8813" cy="1261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987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3A2014"/>
                                <w:sz w:val="158"/>
                                <w:szCs w:val="158"/>
                              </w:rPr>
                              <w:t xml:space="preserve">Ananya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1470888</wp:posOffset>
                </wp:positionH>
                <wp:positionV relativeFrom="page">
                  <wp:posOffset>7159752</wp:posOffset>
                </wp:positionV>
                <wp:extent cx="4451213" cy="1261872"/>
                <wp:effectExtent l="0" t="0" r="0" b="0"/>
                <wp:wrapNone/>
                <wp:docPr id="1459" name="Text 14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1213" cy="1261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987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3A2014"/>
                                <w:sz w:val="158"/>
                                <w:szCs w:val="158"/>
                              </w:rPr>
                              <w:t xml:space="preserve">&amp; Kabir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1089836</wp:posOffset>
                </wp:positionH>
                <wp:positionV relativeFrom="page">
                  <wp:posOffset>8275320</wp:posOffset>
                </wp:positionV>
                <wp:extent cx="5135527" cy="219456"/>
                <wp:effectExtent l="0" t="0" r="0" b="0"/>
                <wp:wrapNone/>
                <wp:docPr id="1460" name="Text 14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5527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3A2014"/>
                                <w:sz w:val="29"/>
                                <w:szCs w:val="29"/>
                              </w:rPr>
                              <w:t xml:space="preserve">request the pleasure of your company at their wedding.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3505423" cy="146304"/>
                <wp:effectExtent l="0" t="0" r="0" b="0"/>
                <wp:wrapNone/>
                <wp:docPr id="1461" name="Text 14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423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A2014"/>
                                <w:spacing w:val="28"/>
                                <w:sz w:val="20"/>
                                <w:szCs w:val="20"/>
                              </w:rPr>
                              <w:t xml:space="preserve">TOGETHER WITH THEIR FAMILIES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4171278</wp:posOffset>
                </wp:positionH>
                <wp:positionV relativeFrom="page">
                  <wp:posOffset>521208</wp:posOffset>
                </wp:positionV>
                <wp:extent cx="2641001" cy="146304"/>
                <wp:effectExtent l="0" t="0" r="0" b="0"/>
                <wp:wrapNone/>
                <wp:docPr id="1462" name="Text 14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001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A2014"/>
                                <w:spacing w:val="28"/>
                                <w:sz w:val="20"/>
                                <w:szCs w:val="20"/>
                              </w:rPr>
                              <w:t xml:space="preserve">SAT, 12 DECEMBER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2462286</wp:posOffset>
                </wp:positionH>
                <wp:positionV relativeFrom="page">
                  <wp:posOffset>8668512</wp:posOffset>
                </wp:positionV>
                <wp:extent cx="2390627" cy="137160"/>
                <wp:effectExtent l="0" t="0" r="0" b="0"/>
                <wp:wrapNone/>
                <wp:docPr id="1463" name="Text 14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62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3A2014"/>
                                <w:spacing w:val="37"/>
                                <w:sz w:val="19"/>
                                <w:szCs w:val="19"/>
                              </w:rPr>
                              <w:t xml:space="preserve">RSVP BY 20 NOVEMBER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Ananya &amp; Kabir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