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6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6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3005947</wp:posOffset>
                </wp:positionH>
                <wp:positionV relativeFrom="page">
                  <wp:posOffset>1243584</wp:posOffset>
                </wp:positionV>
                <wp:extent cx="1294161" cy="164592"/>
                <wp:effectExtent l="0" t="0" r="0" b="0"/>
                <wp:wrapNone/>
                <wp:docPr id="1465" name="Text 14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6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F9EC1"/>
                                <w:spacing w:val="86"/>
                                <w:sz w:val="22"/>
                                <w:szCs w:val="22"/>
                              </w:rPr>
                              <w:t xml:space="preserve">JOIN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2133279</wp:posOffset>
                </wp:positionH>
                <wp:positionV relativeFrom="page">
                  <wp:posOffset>4312310</wp:posOffset>
                </wp:positionV>
                <wp:extent cx="3131232" cy="1371600"/>
                <wp:effectExtent l="0" t="0" r="0" b="0"/>
                <wp:wrapNone/>
                <wp:docPr id="1466" name="Text 14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1232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0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8E9EF"/>
                                <w:sz w:val="173"/>
                                <w:szCs w:val="173"/>
                              </w:rPr>
                              <w:t xml:space="preserve">Tara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1764007</wp:posOffset>
                </wp:positionH>
                <wp:positionV relativeFrom="page">
                  <wp:posOffset>5321808</wp:posOffset>
                </wp:positionV>
                <wp:extent cx="3868713" cy="1371600"/>
                <wp:effectExtent l="0" t="0" r="0" b="0"/>
                <wp:wrapNone/>
                <wp:docPr id="1467" name="Text 14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8713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0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8E9EF"/>
                                <w:sz w:val="173"/>
                                <w:szCs w:val="173"/>
                              </w:rPr>
                              <w:t xml:space="preserve">&amp; Dev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1394602</wp:posOffset>
                </wp:positionH>
                <wp:positionV relativeFrom="page">
                  <wp:posOffset>6620256</wp:posOffset>
                </wp:positionV>
                <wp:extent cx="4525994" cy="228600"/>
                <wp:effectExtent l="0" t="0" r="0" b="0"/>
                <wp:wrapNone/>
                <wp:docPr id="1468" name="Text 14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599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8E9EF"/>
                                <w:sz w:val="33"/>
                                <w:szCs w:val="33"/>
                              </w:rPr>
                              <w:t xml:space="preserve">for a small, barefoot wedding by the sea.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2179308</wp:posOffset>
                </wp:positionH>
                <wp:positionV relativeFrom="page">
                  <wp:posOffset>7351776</wp:posOffset>
                </wp:positionV>
                <wp:extent cx="2956583" cy="813816"/>
                <wp:effectExtent l="0" t="0" r="0" b="0"/>
                <wp:wrapNone/>
                <wp:docPr id="1469" name="Text 14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6583" cy="813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8E9EF"/>
                                <w:spacing w:val="43"/>
                                <w:sz w:val="24"/>
                                <w:szCs w:val="24"/>
                              </w:rPr>
                              <w:t xml:space="preserve">22 JANUARY</w:t>
                            </w:r>
                          </w:p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8E9EF"/>
                                <w:spacing w:val="43"/>
                                <w:sz w:val="24"/>
                                <w:szCs w:val="24"/>
                              </w:rPr>
                              <w:t xml:space="preserve">SUNSET</w:t>
                            </w:r>
                          </w:p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8E9EF"/>
                                <w:spacing w:val="43"/>
                                <w:sz w:val="24"/>
                                <w:szCs w:val="24"/>
                              </w:rPr>
                              <w:t xml:space="preserve">MANDREM BEACH, GOA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Tara &amp; Dev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