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47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7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2752358</wp:posOffset>
                </wp:positionH>
                <wp:positionV relativeFrom="page">
                  <wp:posOffset>969263</wp:posOffset>
                </wp:positionV>
                <wp:extent cx="1810483" cy="164592"/>
                <wp:effectExtent l="0" t="0" r="0" b="0"/>
                <wp:wrapNone/>
                <wp:docPr id="1471" name="Text 14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048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2A1206"/>
                                <w:spacing w:val="64"/>
                                <w:sz w:val="22"/>
                                <w:szCs w:val="22"/>
                              </w:rPr>
                              <w:t xml:space="preserve">SHUBH VIVAH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1801410</wp:posOffset>
                </wp:positionH>
                <wp:positionV relativeFrom="page">
                  <wp:posOffset>1420977</wp:posOffset>
                </wp:positionV>
                <wp:extent cx="3703234" cy="1316736"/>
                <wp:effectExtent l="0" t="0" r="0" b="0"/>
                <wp:wrapNone/>
                <wp:docPr id="1472" name="Text 14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234" cy="1316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73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2A1206"/>
                                <w:spacing w:val="-37"/>
                                <w:sz w:val="187"/>
                                <w:szCs w:val="187"/>
                              </w:rPr>
                              <w:t xml:space="preserve">Ishita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1995713</wp:posOffset>
                </wp:positionH>
                <wp:positionV relativeFrom="page">
                  <wp:posOffset>2514600</wp:posOffset>
                </wp:positionV>
                <wp:extent cx="3323772" cy="1316736"/>
                <wp:effectExtent l="0" t="0" r="0" b="0"/>
                <wp:wrapNone/>
                <wp:docPr id="1473" name="Text 14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3772" cy="1316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73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2A1206"/>
                                <w:spacing w:val="-37"/>
                                <w:sz w:val="187"/>
                                <w:szCs w:val="187"/>
                              </w:rPr>
                              <w:t xml:space="preserve">weds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1672138</wp:posOffset>
                </wp:positionH>
                <wp:positionV relativeFrom="page">
                  <wp:posOffset>3608222</wp:posOffset>
                </wp:positionV>
                <wp:extent cx="3966110" cy="1316735"/>
                <wp:effectExtent l="0" t="0" r="0" b="0"/>
                <wp:wrapNone/>
                <wp:docPr id="1474" name="Text 14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6110" cy="131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73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2A1206"/>
                                <w:spacing w:val="-36"/>
                                <w:sz w:val="187"/>
                                <w:szCs w:val="187"/>
                              </w:rPr>
                              <w:t xml:space="preserve">Nikhil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7104887</wp:posOffset>
                </wp:positionV>
                <wp:extent cx="1835972" cy="548640"/>
                <wp:effectExtent l="0" t="0" r="0" b="0"/>
                <wp:wrapNone/>
                <wp:docPr id="1475" name="Text 14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5972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2A1206"/>
                                <w:sz w:val="22"/>
                                <w:szCs w:val="22"/>
                              </w:rPr>
                              <w:t xml:space="preserve">With the blessings of our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2A1206"/>
                                <w:sz w:val="22"/>
                                <w:szCs w:val="22"/>
                              </w:rPr>
                              <w:t xml:space="preserve">elders, we invite you to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2A1206"/>
                                <w:sz w:val="22"/>
                                <w:szCs w:val="22"/>
                              </w:rPr>
                              <w:t xml:space="preserve">the wedding ceremony.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8906256</wp:posOffset>
                </wp:positionV>
                <wp:extent cx="1865818" cy="128016"/>
                <wp:effectExtent l="0" t="0" r="0" b="0"/>
                <wp:wrapNone/>
                <wp:docPr id="1476" name="Text 14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581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13E0D"/>
                                <w:spacing w:val="25"/>
                                <w:sz w:val="17"/>
                                <w:szCs w:val="17"/>
                              </w:rPr>
                              <w:t xml:space="preserve">SAMPLE INVITATION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5744232</wp:posOffset>
                </wp:positionH>
                <wp:positionV relativeFrom="page">
                  <wp:posOffset>8906256</wp:posOffset>
                </wp:positionV>
                <wp:extent cx="1068047" cy="128016"/>
                <wp:effectExtent l="0" t="0" r="0" b="0"/>
                <wp:wrapNone/>
                <wp:docPr id="1477" name="Text 14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04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13E0D"/>
                                <w:spacing w:val="25"/>
                                <w:sz w:val="17"/>
                                <w:szCs w:val="17"/>
                              </w:rPr>
                              <w:t xml:space="preserve">11:15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Ishita weds Nikhil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