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7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7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2050411</wp:posOffset>
                </wp:positionH>
                <wp:positionV relativeFrom="page">
                  <wp:posOffset>6271869</wp:posOffset>
                </wp:positionV>
                <wp:extent cx="3229345" cy="1069848"/>
                <wp:effectExtent l="0" t="0" r="0" b="0"/>
                <wp:wrapNone/>
                <wp:docPr id="1479" name="Text 14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9345" cy="1069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8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1E6"/>
                                <w:spacing w:val="-11"/>
                                <w:sz w:val="138"/>
                                <w:szCs w:val="138"/>
                              </w:rPr>
                              <w:t xml:space="preserve">Henna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1762163</wp:posOffset>
                </wp:positionH>
                <wp:positionV relativeFrom="page">
                  <wp:posOffset>7079284</wp:posOffset>
                </wp:positionV>
                <wp:extent cx="3790873" cy="1069848"/>
                <wp:effectExtent l="0" t="0" r="0" b="0"/>
                <wp:wrapNone/>
                <wp:docPr id="1480" name="Text 14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873" cy="1069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8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1E6"/>
                                <w:spacing w:val="-13"/>
                                <w:sz w:val="138"/>
                                <w:szCs w:val="138"/>
                              </w:rPr>
                              <w:t xml:space="preserve">&amp; Haldi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3081556</wp:posOffset>
                </wp:positionH>
                <wp:positionV relativeFrom="page">
                  <wp:posOffset>347472</wp:posOffset>
                </wp:positionV>
                <wp:extent cx="1152086" cy="137160"/>
                <wp:effectExtent l="0" t="0" r="0" b="0"/>
                <wp:wrapNone/>
                <wp:docPr id="1481" name="Text 14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086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1E6"/>
                                <w:spacing w:val="56"/>
                                <w:sz w:val="19"/>
                                <w:szCs w:val="19"/>
                              </w:rPr>
                              <w:t xml:space="preserve">MEHENDI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1471226</wp:posOffset>
                </wp:positionH>
                <wp:positionV relativeFrom="page">
                  <wp:posOffset>8130844</wp:posOffset>
                </wp:positionV>
                <wp:extent cx="4372746" cy="219456"/>
                <wp:effectExtent l="0" t="0" r="0" b="0"/>
                <wp:wrapNone/>
                <wp:docPr id="1482" name="Text 14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2746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1E6"/>
                                <w:sz w:val="27"/>
                                <w:szCs w:val="27"/>
                              </w:rPr>
                              <w:t xml:space="preserve">Music, marigolds and a lot of yellow. Come early!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1775821</wp:posOffset>
                </wp:positionH>
                <wp:positionV relativeFrom="page">
                  <wp:posOffset>8705088</wp:posOffset>
                </wp:positionV>
                <wp:extent cx="3763556" cy="146304"/>
                <wp:effectExtent l="0" t="0" r="0" b="0"/>
                <wp:wrapNone/>
                <wp:docPr id="1483" name="Text 14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355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1E6"/>
                                <w:spacing w:val="21"/>
                                <w:sz w:val="20"/>
                                <w:szCs w:val="20"/>
                              </w:rPr>
                              <w:t xml:space="preserve">THU, 10 DEC  ·  11 AM  ·  HOME LAWN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Henna &amp; Haldi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