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44460" cy="9180576"/>
            <wp:effectExtent l="0" t="0" r="0" b="0"/>
            <wp:wrapNone/>
            <wp:docPr id="1484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1484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344460" cy="91805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1141059</wp:posOffset>
                </wp:positionH>
                <wp:positionV relativeFrom="page">
                  <wp:posOffset>1334881</wp:posOffset>
                </wp:positionV>
                <wp:extent cx="6137564" cy="5011809"/>
                <wp:effectExtent l="0" t="0" r="0" b="0"/>
                <wp:wrapNone/>
                <wp:docPr id="1485" name="Text 148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37564" cy="50118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7892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111111"/>
                                <w:spacing w:val="0"/>
                                <w:sz w:val="37"/>
                                <w:szCs w:val="37"/>
                              </w:rPr>
                              <w:t xml:space="preserve">LET’S DANCE  ✦  LET’S DANCE  ✦  LET’S DANCE  ✦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2449820</wp:posOffset>
                </wp:positionH>
                <wp:positionV relativeFrom="page">
                  <wp:posOffset>6704380</wp:posOffset>
                </wp:positionV>
                <wp:extent cx="2415559" cy="1097280"/>
                <wp:effectExtent l="0" t="0" r="0" b="0"/>
                <wp:wrapNone/>
                <wp:docPr id="1486" name="Text 148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15559" cy="1097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1727" w:lineRule="exact"/>
                              <w:jc w:val="center"/>
                            </w:pPr>
                            <w:r>
                              <w:rPr>
                                <w:rFonts w:ascii="Playfair Display" w:hAnsi="Playfair Display" w:cs="Playfair Display" w:eastAsia="Playfair Display"/>
                                <w:color w:val="2E2A24"/>
                                <w:spacing w:val="-25"/>
                                <w:sz w:val="130"/>
                                <w:szCs w:val="130"/>
                              </w:rPr>
                              <w:t xml:space="preserve">Let’s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2087168</wp:posOffset>
                </wp:positionH>
                <wp:positionV relativeFrom="page">
                  <wp:posOffset>7461504</wp:posOffset>
                </wp:positionV>
                <wp:extent cx="3140863" cy="1097280"/>
                <wp:effectExtent l="0" t="0" r="0" b="0"/>
                <wp:wrapNone/>
                <wp:docPr id="1487" name="Text 148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40863" cy="1097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1727" w:lineRule="exact"/>
                              <w:jc w:val="center"/>
                            </w:pPr>
                            <w:r>
                              <w:rPr>
                                <w:rFonts w:ascii="Playfair Display" w:hAnsi="Playfair Display" w:cs="Playfair Display" w:eastAsia="Playfair Display"/>
                                <w:color w:val="2E2A24"/>
                                <w:spacing w:val="-25"/>
                                <w:sz w:val="130"/>
                                <w:szCs w:val="130"/>
                              </w:rPr>
                              <w:t xml:space="preserve">Dance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938531</wp:posOffset>
                </wp:positionH>
                <wp:positionV relativeFrom="page">
                  <wp:posOffset>8558784</wp:posOffset>
                </wp:positionV>
                <wp:extent cx="5438136" cy="443484"/>
                <wp:effectExtent l="0" t="0" r="0" b="0"/>
                <wp:wrapNone/>
                <wp:docPr id="1488" name="Text 148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38136" cy="4434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02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color w:val="2E2A24"/>
                                <w:sz w:val="27"/>
                                <w:szCs w:val="27"/>
                              </w:rPr>
                              <w:t xml:space="preserve">A night of family performances, bad dance moves and</w:t>
                            </w:r>
                          </w:p>
                          <w:p>
                            <w:pPr>
                              <w:spacing w:before="0" w:after="0" w:line="396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color w:val="2E2A24"/>
                                <w:sz w:val="27"/>
                                <w:szCs w:val="27"/>
                              </w:rPr>
                              <w:t xml:space="preserve">great music.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11520" w:h="144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Let’s Dance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