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489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489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2004810</wp:posOffset>
                </wp:positionH>
                <wp:positionV relativeFrom="page">
                  <wp:posOffset>6234379</wp:posOffset>
                </wp:positionV>
                <wp:extent cx="3375185" cy="1261872"/>
                <wp:effectExtent l="0" t="0" r="0" b="0"/>
                <wp:wrapNone/>
                <wp:docPr id="1490" name="Text 14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5185" cy="1261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987" w:lineRule="exact"/>
                              <w:jc w:val="center"/>
                            </w:pPr>
                            <w:r>
                              <w:rPr>
                                <w:rFonts w:ascii="Great Vibes" w:hAnsi="Great Vibes" w:cs="Great Vibes" w:eastAsia="Great Vibes"/>
                                <w:color w:val="F7EFE2"/>
                                <w:sz w:val="158"/>
                                <w:szCs w:val="158"/>
                              </w:rPr>
                              <w:t xml:space="preserve">Naina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1493387</wp:posOffset>
                </wp:positionH>
                <wp:positionV relativeFrom="page">
                  <wp:posOffset>7159752</wp:posOffset>
                </wp:positionV>
                <wp:extent cx="4399860" cy="1261872"/>
                <wp:effectExtent l="0" t="0" r="0" b="0"/>
                <wp:wrapNone/>
                <wp:docPr id="1491" name="Text 149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9860" cy="1261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987" w:lineRule="exact"/>
                              <w:jc w:val="center"/>
                            </w:pPr>
                            <w:r>
                              <w:rPr>
                                <w:rFonts w:ascii="Great Vibes" w:hAnsi="Great Vibes" w:cs="Great Vibes" w:eastAsia="Great Vibes"/>
                                <w:color w:val="F7EFE2"/>
                                <w:sz w:val="158"/>
                                <w:szCs w:val="158"/>
                              </w:rPr>
                              <w:t xml:space="preserve">&amp; Varun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1259228</wp:posOffset>
                </wp:positionH>
                <wp:positionV relativeFrom="page">
                  <wp:posOffset>8275320</wp:posOffset>
                </wp:positionV>
                <wp:extent cx="4796742" cy="219456"/>
                <wp:effectExtent l="0" t="0" r="0" b="0"/>
                <wp:wrapNone/>
                <wp:docPr id="1492" name="Text 14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6742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7EFE2"/>
                                <w:sz w:val="29"/>
                                <w:szCs w:val="29"/>
                              </w:rPr>
                              <w:t xml:space="preserve">are getting engaged and would love you to be there.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521208</wp:posOffset>
                </wp:positionV>
                <wp:extent cx="1363284" cy="146304"/>
                <wp:effectExtent l="0" t="0" r="0" b="0"/>
                <wp:wrapNone/>
                <wp:docPr id="1493" name="Text 14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3284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7EFE2"/>
                                <w:spacing w:val="28"/>
                                <w:sz w:val="20"/>
                                <w:szCs w:val="20"/>
                              </w:rPr>
                              <w:t xml:space="preserve">ENGAGEMENT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5448995</wp:posOffset>
                </wp:positionH>
                <wp:positionV relativeFrom="page">
                  <wp:posOffset>521208</wp:posOffset>
                </wp:positionV>
                <wp:extent cx="1363284" cy="146304"/>
                <wp:effectExtent l="0" t="0" r="0" b="0"/>
                <wp:wrapNone/>
                <wp:docPr id="1494" name="Text 14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3284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7EFE2"/>
                                <w:spacing w:val="28"/>
                                <w:sz w:val="20"/>
                                <w:szCs w:val="20"/>
                              </w:rPr>
                              <w:t xml:space="preserve">SUN, 3 OCT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2710153</wp:posOffset>
                </wp:positionH>
                <wp:positionV relativeFrom="page">
                  <wp:posOffset>8668512</wp:posOffset>
                </wp:positionV>
                <wp:extent cx="1894893" cy="137160"/>
                <wp:effectExtent l="0" t="0" r="0" b="0"/>
                <wp:wrapNone/>
                <wp:docPr id="1495" name="Text 149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4893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7EFE2"/>
                                <w:spacing w:val="37"/>
                                <w:sz w:val="19"/>
                                <w:szCs w:val="19"/>
                              </w:rPr>
                              <w:t xml:space="preserve">LUNCH TO FOLLOW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Naina &amp; Varun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