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9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9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3008518</wp:posOffset>
                </wp:positionH>
                <wp:positionV relativeFrom="page">
                  <wp:posOffset>4261104</wp:posOffset>
                </wp:positionV>
                <wp:extent cx="1298162" cy="173736"/>
                <wp:effectExtent l="0" t="0" r="0" b="0"/>
                <wp:wrapNone/>
                <wp:docPr id="1497" name="Text 14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16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FB3A1"/>
                                <w:spacing w:val="64"/>
                                <w:sz w:val="22"/>
                                <w:szCs w:val="22"/>
                              </w:rPr>
                              <w:t xml:space="preserve">25 YEARS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2077473</wp:posOffset>
                </wp:positionH>
                <wp:positionV relativeFrom="page">
                  <wp:posOffset>4423867</wp:posOffset>
                </wp:positionV>
                <wp:extent cx="3160252" cy="1225295"/>
                <wp:effectExtent l="0" t="0" r="0" b="0"/>
                <wp:wrapNone/>
                <wp:docPr id="1498" name="Text 14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252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BE9DC"/>
                                <w:spacing w:val="-15"/>
                                <w:sz w:val="158"/>
                                <w:szCs w:val="158"/>
                              </w:rPr>
                              <w:t xml:space="preserve">Silver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1735216</wp:posOffset>
                </wp:positionH>
                <wp:positionV relativeFrom="page">
                  <wp:posOffset>5349240</wp:posOffset>
                </wp:positionV>
                <wp:extent cx="3789902" cy="1225295"/>
                <wp:effectExtent l="0" t="0" r="0" b="0"/>
                <wp:wrapNone/>
                <wp:docPr id="1499" name="Text 14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9902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BE9DC"/>
                                <w:spacing w:val="-15"/>
                                <w:sz w:val="158"/>
                                <w:szCs w:val="158"/>
                              </w:rPr>
                              <w:t xml:space="preserve">Jubilee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1346703</wp:posOffset>
                </wp:positionH>
                <wp:positionV relativeFrom="page">
                  <wp:posOffset>6556248</wp:posOffset>
                </wp:positionV>
                <wp:extent cx="4648136" cy="520293"/>
                <wp:effectExtent l="0" t="0" r="0" b="0"/>
                <wp:wrapNone/>
                <wp:docPr id="1500" name="Text 15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136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BE9DC"/>
                                <w:sz w:val="32"/>
                                <w:szCs w:val="32"/>
                              </w:rPr>
                              <w:t xml:space="preserve">Join us as we celebrate twenty-five years of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BE9DC"/>
                                <w:sz w:val="32"/>
                                <w:szCs w:val="32"/>
                              </w:rPr>
                              <w:t xml:space="preserve">Sunita &amp; Rajesh.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2507299</wp:posOffset>
                </wp:positionH>
                <wp:positionV relativeFrom="page">
                  <wp:posOffset>8092439</wp:posOffset>
                </wp:positionV>
                <wp:extent cx="2300601" cy="182879"/>
                <wp:effectExtent l="0" t="0" r="0" b="0"/>
                <wp:wrapNone/>
                <wp:docPr id="1501" name="Text 15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060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BE9DC"/>
                                <w:spacing w:val="29"/>
                                <w:sz w:val="23"/>
                                <w:szCs w:val="23"/>
                              </w:rPr>
                              <w:t xml:space="preserve">SAT, 9 JAN  ✦  7:30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Jubilee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