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0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0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2736477</wp:posOffset>
                </wp:positionH>
                <wp:positionV relativeFrom="page">
                  <wp:posOffset>1243584</wp:posOffset>
                </wp:positionV>
                <wp:extent cx="1842244" cy="164592"/>
                <wp:effectExtent l="0" t="0" r="0" b="0"/>
                <wp:wrapNone/>
                <wp:docPr id="1503" name="Text 15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2244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9E7C38"/>
                                <w:spacing w:val="86"/>
                                <w:sz w:val="22"/>
                                <w:szCs w:val="22"/>
                              </w:rPr>
                              <w:t xml:space="preserve">NAAMKARAN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481516</wp:posOffset>
                </wp:positionH>
                <wp:positionV relativeFrom="page">
                  <wp:posOffset>4312310</wp:posOffset>
                </wp:positionV>
                <wp:extent cx="6458282" cy="1371600"/>
                <wp:effectExtent l="0" t="0" r="0" b="0"/>
                <wp:wrapNone/>
                <wp:docPr id="1504" name="Text 15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282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0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2A2118"/>
                                <w:spacing w:val="149"/>
                                <w:sz w:val="173"/>
                                <w:szCs w:val="173"/>
                              </w:rPr>
                              <w:t xml:space="preserve">Our Little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2232617</wp:posOffset>
                </wp:positionH>
                <wp:positionV relativeFrom="page">
                  <wp:posOffset>5321808</wp:posOffset>
                </wp:positionV>
                <wp:extent cx="2931527" cy="1371600"/>
                <wp:effectExtent l="0" t="0" r="0" b="0"/>
                <wp:wrapNone/>
                <wp:docPr id="1505" name="Text 15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1527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60" w:lineRule="exact"/>
                              <w:jc w:val="center"/>
                            </w:pPr>
                            <w:r>
                              <w:rPr>
                                <w:rFonts w:ascii="Great Vibes" w:hAnsi="Great Vibes" w:cs="Great Vibes" w:eastAsia="Great Vibes"/>
                                <w:color w:val="2A2118"/>
                                <w:sz w:val="173"/>
                                <w:szCs w:val="173"/>
                              </w:rPr>
                              <w:t xml:space="preserve">Star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1469322</wp:posOffset>
                </wp:positionH>
                <wp:positionV relativeFrom="page">
                  <wp:posOffset>6620256</wp:posOffset>
                </wp:positionV>
                <wp:extent cx="4386110" cy="534009"/>
                <wp:effectExtent l="0" t="0" r="0" b="0"/>
                <wp:wrapNone/>
                <wp:docPr id="1506" name="Text 15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6110" cy="534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2118"/>
                                <w:sz w:val="33"/>
                                <w:szCs w:val="33"/>
                              </w:rPr>
                              <w:t xml:space="preserve">Join us for the naming ceremony of our</w:t>
                            </w:r>
                          </w:p>
                          <w:p>
                            <w:pPr>
                              <w:spacing w:before="0" w:after="0" w:line="48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A2118"/>
                                <w:sz w:val="33"/>
                                <w:szCs w:val="33"/>
                              </w:rPr>
                              <w:t xml:space="preserve">daughter.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2901334</wp:posOffset>
                </wp:positionH>
                <wp:positionV relativeFrom="page">
                  <wp:posOffset>7351776</wp:posOffset>
                </wp:positionV>
                <wp:extent cx="1512531" cy="813816"/>
                <wp:effectExtent l="0" t="0" r="0" b="0"/>
                <wp:wrapNone/>
                <wp:docPr id="1507" name="Text 15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2531" cy="813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pacing w:val="43"/>
                                <w:sz w:val="24"/>
                                <w:szCs w:val="24"/>
                              </w:rPr>
                              <w:t xml:space="preserve">THU, 2 OCT</w:t>
                            </w:r>
                          </w:p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pacing w:val="44"/>
                                <w:sz w:val="24"/>
                                <w:szCs w:val="24"/>
                              </w:rPr>
                              <w:t xml:space="preserve">10 AM</w:t>
                            </w:r>
                          </w:p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2A2118"/>
                                <w:spacing w:val="44"/>
                                <w:sz w:val="24"/>
                                <w:szCs w:val="24"/>
                              </w:rPr>
                              <w:t xml:space="preserve">HOME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Little Star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