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50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50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2752358</wp:posOffset>
                </wp:positionH>
                <wp:positionV relativeFrom="page">
                  <wp:posOffset>969263</wp:posOffset>
                </wp:positionV>
                <wp:extent cx="1810483" cy="164592"/>
                <wp:effectExtent l="0" t="0" r="0" b="0"/>
                <wp:wrapNone/>
                <wp:docPr id="1509" name="Text 150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0483" cy="1645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59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251B45"/>
                                <w:spacing w:val="64"/>
                                <w:sz w:val="22"/>
                                <w:szCs w:val="22"/>
                              </w:rPr>
                              <w:t xml:space="preserve">ANNUAL GALA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36576</wp:posOffset>
                </wp:positionH>
                <wp:positionV relativeFrom="page">
                  <wp:posOffset>1420977</wp:posOffset>
                </wp:positionV>
                <wp:extent cx="7159618" cy="1316736"/>
                <wp:effectExtent l="0" t="0" r="0" b="0"/>
                <wp:wrapNone/>
                <wp:docPr id="1510" name="Text 151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9618" cy="1316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73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251B45"/>
                                <w:spacing w:val="69"/>
                                <w:sz w:val="187"/>
                                <w:szCs w:val="187"/>
                              </w:rPr>
                              <w:t xml:space="preserve">An Evening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36576</wp:posOffset>
                </wp:positionH>
                <wp:positionV relativeFrom="page">
                  <wp:posOffset>2514600</wp:posOffset>
                </wp:positionV>
                <wp:extent cx="7242048" cy="1316736"/>
                <wp:effectExtent l="0" t="0" r="0" b="0"/>
                <wp:wrapNone/>
                <wp:docPr id="1511" name="Text 151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42048" cy="1316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73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251B45"/>
                                <w:spacing w:val="156"/>
                                <w:sz w:val="187"/>
                                <w:szCs w:val="187"/>
                              </w:rPr>
                              <w:t xml:space="preserve">of Giving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7104887</wp:posOffset>
                </wp:positionV>
                <wp:extent cx="1588292" cy="548640"/>
                <wp:effectExtent l="0" t="0" r="0" b="0"/>
                <wp:wrapNone/>
                <wp:docPr id="1512" name="Text 151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8292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251B45"/>
                                <w:sz w:val="22"/>
                                <w:szCs w:val="22"/>
                              </w:rPr>
                              <w:t xml:space="preserve">Dinner, music and an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251B45"/>
                                <w:sz w:val="22"/>
                                <w:szCs w:val="22"/>
                              </w:rPr>
                              <w:t xml:space="preserve">auction in support of</w:t>
                            </w:r>
                          </w:p>
                          <w:p>
                            <w:pPr>
                              <w:spacing w:before="0" w:after="0" w:line="316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color w:val="251B45"/>
                                <w:sz w:val="22"/>
                                <w:szCs w:val="22"/>
                              </w:rPr>
                              <w:t xml:space="preserve">rural libraries.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8906256</wp:posOffset>
                </wp:positionV>
                <wp:extent cx="1150629" cy="128016"/>
                <wp:effectExtent l="0" t="0" r="0" b="0"/>
                <wp:wrapNone/>
                <wp:docPr id="1513" name="Text 15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0629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5607C"/>
                                <w:spacing w:val="25"/>
                                <w:sz w:val="17"/>
                                <w:szCs w:val="17"/>
                              </w:rPr>
                              <w:t xml:space="preserve">BLACK TIE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5579211</wp:posOffset>
                </wp:positionH>
                <wp:positionV relativeFrom="page">
                  <wp:posOffset>8906256</wp:posOffset>
                </wp:positionV>
                <wp:extent cx="1233068" cy="128016"/>
                <wp:effectExtent l="0" t="0" r="0" b="0"/>
                <wp:wrapNone/>
                <wp:docPr id="1514" name="Text 15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3068" cy="1280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1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65607C"/>
                                <w:spacing w:val="25"/>
                                <w:sz w:val="17"/>
                                <w:szCs w:val="17"/>
                              </w:rPr>
                              <w:t xml:space="preserve">SAT, 6 DEC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Evening of Giving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