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1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1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1734373</wp:posOffset>
                </wp:positionH>
                <wp:positionV relativeFrom="page">
                  <wp:posOffset>6271869</wp:posOffset>
                </wp:positionV>
                <wp:extent cx="3837308" cy="1069848"/>
                <wp:effectExtent l="0" t="0" r="0" b="0"/>
                <wp:wrapNone/>
                <wp:docPr id="1516" name="Text 15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7308" cy="1069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84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EFE6D2"/>
                                <w:spacing w:val="-13"/>
                                <w:sz w:val="138"/>
                                <w:szCs w:val="138"/>
                              </w:rPr>
                              <w:t xml:space="preserve">You 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1956577</wp:posOffset>
                </wp:positionH>
                <wp:positionV relativeFrom="page">
                  <wp:posOffset>7079284</wp:posOffset>
                </wp:positionV>
                <wp:extent cx="3418494" cy="1069848"/>
                <wp:effectExtent l="0" t="0" r="0" b="0"/>
                <wp:wrapNone/>
                <wp:docPr id="1517" name="Text 15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8494" cy="1069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84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EFE6D2"/>
                                <w:spacing w:val="-11"/>
                                <w:sz w:val="138"/>
                                <w:szCs w:val="138"/>
                              </w:rPr>
                              <w:t xml:space="preserve">Invited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2454856</wp:posOffset>
                </wp:positionH>
                <wp:positionV relativeFrom="page">
                  <wp:posOffset>347472</wp:posOffset>
                </wp:positionV>
                <wp:extent cx="2405486" cy="137160"/>
                <wp:effectExtent l="0" t="0" r="0" b="0"/>
                <wp:wrapNone/>
                <wp:docPr id="1518" name="Text 15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548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FE6D2"/>
                                <w:spacing w:val="56"/>
                                <w:sz w:val="19"/>
                                <w:szCs w:val="19"/>
                              </w:rPr>
                              <w:t xml:space="preserve">SATYANARAYAN PUJA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1421263</wp:posOffset>
                </wp:positionH>
                <wp:positionV relativeFrom="page">
                  <wp:posOffset>8130844</wp:posOffset>
                </wp:positionV>
                <wp:extent cx="4472673" cy="228600"/>
                <wp:effectExtent l="0" t="0" r="0" b="0"/>
                <wp:wrapNone/>
                <wp:docPr id="1519" name="Text 15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267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EFE6D2"/>
                                <w:sz w:val="27"/>
                                <w:szCs w:val="27"/>
                              </w:rPr>
                              <w:t xml:space="preserve">Please join us for the puja and prasad at our home.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1715735</wp:posOffset>
                </wp:positionH>
                <wp:positionV relativeFrom="page">
                  <wp:posOffset>8705088</wp:posOffset>
                </wp:positionV>
                <wp:extent cx="3883728" cy="146304"/>
                <wp:effectExtent l="0" t="0" r="0" b="0"/>
                <wp:wrapNone/>
                <wp:docPr id="1520" name="Text 15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372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FE6D2"/>
                                <w:spacing w:val="21"/>
                                <w:sz w:val="20"/>
                                <w:szCs w:val="20"/>
                              </w:rPr>
                              <w:t xml:space="preserve">PURNIMA, 7 NOV  ·  6 PM  ·  OUR HOME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 Are Invited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