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52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52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1141059</wp:posOffset>
                </wp:positionH>
                <wp:positionV relativeFrom="page">
                  <wp:posOffset>1334881</wp:posOffset>
                </wp:positionV>
                <wp:extent cx="6137564" cy="5011809"/>
                <wp:effectExtent l="0" t="0" r="0" b="0"/>
                <wp:wrapNone/>
                <wp:docPr id="1522" name="Text 15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7564" cy="50118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89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0"/>
                                <w:sz w:val="37"/>
                                <w:szCs w:val="37"/>
                              </w:rPr>
                              <w:t xml:space="preserve">TEA &amp; TALES  ✦  TEA &amp; TALES  ✦  TEA &amp; TALES  ✦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2166214</wp:posOffset>
                </wp:positionH>
                <wp:positionV relativeFrom="page">
                  <wp:posOffset>6704380</wp:posOffset>
                </wp:positionV>
                <wp:extent cx="2987005" cy="1097280"/>
                <wp:effectExtent l="0" t="0" r="0" b="0"/>
                <wp:wrapNone/>
                <wp:docPr id="1523" name="Text 15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005" cy="1097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27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F7E7E1"/>
                                <w:spacing w:val="-24"/>
                                <w:sz w:val="130"/>
                                <w:szCs w:val="130"/>
                              </w:rPr>
                              <w:t xml:space="preserve">Tea &amp;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2339120</wp:posOffset>
                </wp:positionH>
                <wp:positionV relativeFrom="page">
                  <wp:posOffset>7461504</wp:posOffset>
                </wp:positionV>
                <wp:extent cx="2636958" cy="1097280"/>
                <wp:effectExtent l="0" t="0" r="0" b="0"/>
                <wp:wrapNone/>
                <wp:docPr id="1524" name="Text 15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6958" cy="1097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27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F7E7E1"/>
                                <w:spacing w:val="-25"/>
                                <w:sz w:val="130"/>
                                <w:szCs w:val="130"/>
                              </w:rPr>
                              <w:t xml:space="preserve">Tales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1170703</wp:posOffset>
                </wp:positionH>
                <wp:positionV relativeFrom="page">
                  <wp:posOffset>8558784</wp:posOffset>
                </wp:positionV>
                <wp:extent cx="4973793" cy="443484"/>
                <wp:effectExtent l="0" t="0" r="0" b="0"/>
                <wp:wrapNone/>
                <wp:docPr id="1525" name="Text 15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3793" cy="4434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F7E7E1"/>
                                <w:sz w:val="27"/>
                                <w:szCs w:val="27"/>
                              </w:rPr>
                              <w:t xml:space="preserve">An afternoon of tea, cakes and storytelling for the</w:t>
                            </w:r>
                          </w:p>
                          <w:p>
                            <w:pPr>
                              <w:spacing w:before="0" w:after="0" w:line="39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F7E7E1"/>
                                <w:sz w:val="27"/>
                                <w:szCs w:val="27"/>
                              </w:rPr>
                              <w:t xml:space="preserve">book club.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 &amp; Tales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