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2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2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2587494</wp:posOffset>
                </wp:positionH>
                <wp:positionV relativeFrom="page">
                  <wp:posOffset>265176</wp:posOffset>
                </wp:positionV>
                <wp:extent cx="2140210" cy="146304"/>
                <wp:effectExtent l="0" t="0" r="0" b="0"/>
                <wp:wrapNone/>
                <wp:docPr id="1527" name="Text 15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0210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59"/>
                                <w:sz w:val="20"/>
                                <w:szCs w:val="20"/>
                              </w:rPr>
                              <w:t xml:space="preserve">JOIN THE PARTY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2062136</wp:posOffset>
                </wp:positionH>
                <wp:positionV relativeFrom="page">
                  <wp:posOffset>8796528</wp:posOffset>
                </wp:positionV>
                <wp:extent cx="3190927" cy="146304"/>
                <wp:effectExtent l="0" t="0" r="0" b="0"/>
                <wp:wrapNone/>
                <wp:docPr id="1528" name="Text 15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9092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60"/>
                                <w:sz w:val="20"/>
                                <w:szCs w:val="20"/>
                              </w:rPr>
                              <w:t xml:space="preserve">BRING YOUR BEST MOVES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1664636</wp:posOffset>
                </wp:positionH>
                <wp:positionV relativeFrom="page">
                  <wp:posOffset>1581912</wp:posOffset>
                </wp:positionV>
                <wp:extent cx="4126232" cy="1728215"/>
                <wp:effectExtent l="0" t="0" r="0" b="0"/>
                <wp:wrapNone/>
                <wp:docPr id="1529" name="Text 15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26232" cy="172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21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5F5FF"/>
                                <w:sz w:val="216"/>
                                <w:szCs w:val="216"/>
                              </w:rPr>
                              <w:t xml:space="preserve">Sweet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943107</wp:posOffset>
                </wp:positionH>
                <wp:positionV relativeFrom="page">
                  <wp:posOffset>2843784</wp:posOffset>
                </wp:positionV>
                <wp:extent cx="5511925" cy="1728215"/>
                <wp:effectExtent l="0" t="0" r="0" b="0"/>
                <wp:wrapNone/>
                <wp:docPr id="1530" name="Text 15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925" cy="1728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21" w:lineRule="exact"/>
                              <w:jc w:val="center"/>
                            </w:pPr>
                            <w:r>
                              <w:rPr>
                                <w:rFonts w:ascii="Caveat" w:hAnsi="Caveat" w:cs="Caveat" w:eastAsia="Caveat"/>
                                <w:b/>
                                <w:bCs/>
                                <w:color w:val="F5F5FF"/>
                                <w:spacing w:val="90"/>
                                <w:sz w:val="216"/>
                                <w:szCs w:val="216"/>
                              </w:rPr>
                              <w:t xml:space="preserve">Sixteen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1588841</wp:posOffset>
                </wp:positionH>
                <wp:positionV relativeFrom="page">
                  <wp:posOffset>4443983</wp:posOffset>
                </wp:positionV>
                <wp:extent cx="4137517" cy="489203"/>
                <wp:effectExtent l="0" t="0" r="0" b="0"/>
                <wp:wrapNone/>
                <wp:docPr id="1531" name="Text 15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37517" cy="489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0"/>
                                <w:szCs w:val="30"/>
                              </w:rPr>
                              <w:t xml:space="preserve">Pizza, playlists and a photo booth for</w:t>
                            </w:r>
                          </w:p>
                          <w:p>
                            <w:pPr>
                              <w:spacing w:before="0" w:after="0" w:line="43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5F5FF"/>
                                <w:sz w:val="30"/>
                                <w:szCs w:val="30"/>
                              </w:rPr>
                              <w:t xml:space="preserve">Diya’s sixteenth.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2571378</wp:posOffset>
                </wp:positionH>
                <wp:positionV relativeFrom="page">
                  <wp:posOffset>8101583</wp:posOffset>
                </wp:positionV>
                <wp:extent cx="2172442" cy="155448"/>
                <wp:effectExtent l="0" t="0" r="0" b="0"/>
                <wp:wrapNone/>
                <wp:docPr id="1532" name="Text 15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2442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5F5FF"/>
                                <w:spacing w:val="20"/>
                                <w:sz w:val="23"/>
                                <w:szCs w:val="23"/>
                              </w:rPr>
                              <w:t xml:space="preserve">SUN, 12 OCT  ·  5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Sweet Sixteen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