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3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3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4716475</wp:posOffset>
                </wp:positionV>
                <wp:extent cx="6775704" cy="1426464"/>
                <wp:effectExtent l="0" t="0" r="0" b="0"/>
                <wp:wrapNone/>
                <wp:docPr id="1534" name="Text 15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426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4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B14"/>
                                <w:spacing w:val="207"/>
                                <w:sz w:val="184"/>
                                <w:szCs w:val="184"/>
                              </w:rPr>
                              <w:t xml:space="preserve">DADI’S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5793638</wp:posOffset>
                </wp:positionV>
                <wp:extent cx="4658796" cy="1426464"/>
                <wp:effectExtent l="0" t="0" r="0" b="0"/>
                <wp:wrapNone/>
                <wp:docPr id="1535" name="Text 15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796" cy="1426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4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B14"/>
                                <w:spacing w:val="36"/>
                                <w:sz w:val="184"/>
                                <w:szCs w:val="184"/>
                              </w:rPr>
                              <w:t xml:space="preserve">80TH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566928</wp:posOffset>
                </wp:positionV>
                <wp:extent cx="2299758" cy="164592"/>
                <wp:effectExtent l="0" t="0" r="0" b="0"/>
                <wp:wrapNone/>
                <wp:docPr id="1536" name="Text 15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9758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B14"/>
                                <w:spacing w:val="30"/>
                                <w:sz w:val="22"/>
                                <w:szCs w:val="22"/>
                              </w:rPr>
                              <w:t xml:space="preserve">CELEBRATE WITH 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6065901</wp:posOffset>
                </wp:positionH>
                <wp:positionV relativeFrom="page">
                  <wp:posOffset>566928</wp:posOffset>
                </wp:positionV>
                <wp:extent cx="746379" cy="164592"/>
                <wp:effectExtent l="0" t="0" r="0" b="0"/>
                <wp:wrapNone/>
                <wp:docPr id="1537" name="Text 15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B14"/>
                                <w:sz w:val="22"/>
                                <w:szCs w:val="22"/>
                              </w:rPr>
                              <w:t xml:space="preserve">№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7174382</wp:posOffset>
                </wp:positionV>
                <wp:extent cx="5527848" cy="484631"/>
                <wp:effectExtent l="0" t="0" r="0" b="0"/>
                <wp:wrapNone/>
                <wp:docPr id="1538" name="Text 15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848" cy="484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B1B14"/>
                                <w:sz w:val="29"/>
                                <w:szCs w:val="29"/>
                              </w:rPr>
                              <w:t xml:space="preserve">Lunch, old songs and every grandchild in one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B1B14"/>
                                <w:sz w:val="29"/>
                                <w:szCs w:val="29"/>
                              </w:rPr>
                              <w:t xml:space="preserve">room.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8339328</wp:posOffset>
                </wp:positionV>
                <wp:extent cx="689851" cy="118872"/>
                <wp:effectExtent l="0" t="0" r="0" b="0"/>
                <wp:wrapNone/>
                <wp:docPr id="1539" name="Text 15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5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4F40"/>
                                <w:spacing w:val="18"/>
                                <w:sz w:val="16"/>
                                <w:szCs w:val="16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8499348</wp:posOffset>
                </wp:positionV>
                <wp:extent cx="1141571" cy="173736"/>
                <wp:effectExtent l="0" t="0" r="0" b="0"/>
                <wp:wrapNone/>
                <wp:docPr id="1540" name="Text 15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57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B14"/>
                                <w:sz w:val="22"/>
                                <w:szCs w:val="22"/>
                              </w:rPr>
                              <w:t xml:space="preserve">Sun, 4 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2606040</wp:posOffset>
                </wp:positionH>
                <wp:positionV relativeFrom="page">
                  <wp:posOffset>8339328</wp:posOffset>
                </wp:positionV>
                <wp:extent cx="689851" cy="118872"/>
                <wp:effectExtent l="0" t="0" r="0" b="0"/>
                <wp:wrapNone/>
                <wp:docPr id="1541" name="Text 15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5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4F40"/>
                                <w:spacing w:val="18"/>
                                <w:sz w:val="16"/>
                                <w:szCs w:val="16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2606040</wp:posOffset>
                </wp:positionH>
                <wp:positionV relativeFrom="page">
                  <wp:posOffset>8499348</wp:posOffset>
                </wp:positionV>
                <wp:extent cx="735377" cy="173736"/>
                <wp:effectExtent l="0" t="0" r="0" b="0"/>
                <wp:wrapNone/>
                <wp:docPr id="1542" name="Text 15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7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B14"/>
                                <w:sz w:val="22"/>
                                <w:szCs w:val="22"/>
                              </w:rPr>
                              <w:t xml:space="preserve">1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4709160</wp:posOffset>
                </wp:positionH>
                <wp:positionV relativeFrom="page">
                  <wp:posOffset>8339328</wp:posOffset>
                </wp:positionV>
                <wp:extent cx="761289" cy="118872"/>
                <wp:effectExtent l="0" t="0" r="0" b="0"/>
                <wp:wrapNone/>
                <wp:docPr id="1543" name="Text 15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289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4F40"/>
                                <w:spacing w:val="18"/>
                                <w:sz w:val="16"/>
                                <w:szCs w:val="16"/>
                              </w:rPr>
                              <w:t xml:space="preserve">VENUE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4709160</wp:posOffset>
                </wp:positionH>
                <wp:positionV relativeFrom="page">
                  <wp:posOffset>8499348</wp:posOffset>
                </wp:positionV>
                <wp:extent cx="1784337" cy="173736"/>
                <wp:effectExtent l="0" t="0" r="0" b="0"/>
                <wp:wrapNone/>
                <wp:docPr id="1544" name="Text 15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3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B1B14"/>
                                <w:sz w:val="22"/>
                                <w:szCs w:val="22"/>
                              </w:rPr>
                              <w:t xml:space="preserve">Home, Chandigarh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Dadi’s 80th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