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4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4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4945075</wp:posOffset>
                </wp:positionV>
                <wp:extent cx="3963815" cy="1755648"/>
                <wp:effectExtent l="0" t="0" r="0" b="0"/>
                <wp:wrapNone/>
                <wp:docPr id="1546" name="Text 15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3815" cy="17556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64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E8F3F1"/>
                                <w:sz w:val="230"/>
                                <w:szCs w:val="230"/>
                              </w:rPr>
                              <w:t xml:space="preserve">KABIR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6261811</wp:posOffset>
                </wp:positionV>
                <wp:extent cx="4134991" cy="1755648"/>
                <wp:effectExtent l="0" t="0" r="0" b="0"/>
                <wp:wrapNone/>
                <wp:docPr id="1547" name="Text 15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4991" cy="17556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64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E8F3F1"/>
                                <w:sz w:val="230"/>
                                <w:szCs w:val="230"/>
                              </w:rPr>
                              <w:t xml:space="preserve">IS 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553308" cy="146304"/>
                <wp:effectExtent l="0" t="0" r="0" b="0"/>
                <wp:wrapNone/>
                <wp:docPr id="1548" name="Text 15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330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27"/>
                                <w:sz w:val="20"/>
                                <w:szCs w:val="20"/>
                              </w:rPr>
                              <w:t xml:space="preserve">IT’S A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7816291</wp:posOffset>
                </wp:positionV>
                <wp:extent cx="4838433" cy="210311"/>
                <wp:effectExtent l="0" t="0" r="0" b="0"/>
                <wp:wrapNone/>
                <wp:docPr id="1549" name="Text 15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433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8F3F1"/>
                                <w:sz w:val="27"/>
                                <w:szCs w:val="27"/>
                              </w:rPr>
                              <w:t xml:space="preserve">Our little one turns one! Cake smash at four.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5382129</wp:posOffset>
                </wp:positionH>
                <wp:positionV relativeFrom="page">
                  <wp:posOffset>8750808</wp:posOffset>
                </wp:positionV>
                <wp:extent cx="1430150" cy="146304"/>
                <wp:effectExtent l="0" t="0" r="0" b="0"/>
                <wp:wrapNone/>
                <wp:docPr id="1550" name="Text 15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150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23"/>
                                <w:sz w:val="20"/>
                                <w:szCs w:val="20"/>
                              </w:rPr>
                              <w:t xml:space="preserve">SAT, 17 MAY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Kabir Is One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