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5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5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621792</wp:posOffset>
                </wp:positionV>
                <wp:extent cx="1764920" cy="137160"/>
                <wp:effectExtent l="0" t="0" r="0" b="0"/>
                <wp:wrapNone/>
                <wp:docPr id="1552" name="Text 15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92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F2233"/>
                                <w:spacing w:val="26"/>
                                <w:sz w:val="19"/>
                                <w:szCs w:val="19"/>
                              </w:rPr>
                              <w:t xml:space="preserve">LITTLE EXPLORER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1181404</wp:posOffset>
                </wp:positionV>
                <wp:extent cx="2282203" cy="987551"/>
                <wp:effectExtent l="0" t="0" r="0" b="0"/>
                <wp:wrapNone/>
                <wp:docPr id="1553" name="Text 15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203" cy="987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55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0F2233"/>
                                <w:sz w:val="130"/>
                                <w:szCs w:val="130"/>
                              </w:rPr>
                              <w:t xml:space="preserve">SPACE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1938527</wp:posOffset>
                </wp:positionV>
                <wp:extent cx="2358757" cy="987551"/>
                <wp:effectExtent l="0" t="0" r="0" b="0"/>
                <wp:wrapNone/>
                <wp:docPr id="1554" name="Text 15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8757" cy="9875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55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0F2233"/>
                                <w:sz w:val="130"/>
                                <w:szCs w:val="130"/>
                              </w:rPr>
                              <w:t xml:space="preserve">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2980944</wp:posOffset>
                </wp:positionV>
                <wp:extent cx="3287710" cy="444398"/>
                <wp:effectExtent l="0" t="0" r="0" b="0"/>
                <wp:wrapNone/>
                <wp:docPr id="1555" name="Text 15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7710" cy="444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7"/>
                                <w:szCs w:val="27"/>
                              </w:rPr>
                              <w:t xml:space="preserve">Rockets, stars and a moon cake</w:t>
                            </w:r>
                          </w:p>
                          <w:p>
                            <w:pPr>
                              <w:spacing w:before="0" w:after="0" w:line="39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0F2233"/>
                                <w:sz w:val="27"/>
                                <w:szCs w:val="27"/>
                              </w:rPr>
                              <w:t xml:space="preserve">for Ira’s 7th birthday.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7223759</wp:posOffset>
                </wp:positionV>
                <wp:extent cx="703687" cy="118872"/>
                <wp:effectExtent l="0" t="0" r="0" b="0"/>
                <wp:wrapNone/>
                <wp:docPr id="1556" name="Text 15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87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975"/>
                                <w:spacing w:val="22"/>
                                <w:sz w:val="16"/>
                                <w:szCs w:val="16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7379208</wp:posOffset>
                </wp:positionV>
                <wp:extent cx="1211096" cy="173736"/>
                <wp:effectExtent l="0" t="0" r="0" b="0"/>
                <wp:wrapNone/>
                <wp:docPr id="1557" name="Text 15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09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4"/>
                                <w:szCs w:val="24"/>
                              </w:rPr>
                              <w:t xml:space="preserve">Sun, 8 Mar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7680959</wp:posOffset>
                </wp:positionV>
                <wp:extent cx="703687" cy="118872"/>
                <wp:effectExtent l="0" t="0" r="0" b="0"/>
                <wp:wrapNone/>
                <wp:docPr id="1558" name="Text 15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687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975"/>
                                <w:spacing w:val="22"/>
                                <w:sz w:val="16"/>
                                <w:szCs w:val="16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7836408</wp:posOffset>
                </wp:positionV>
                <wp:extent cx="784440" cy="173736"/>
                <wp:effectExtent l="0" t="0" r="0" b="0"/>
                <wp:wrapNone/>
                <wp:docPr id="1559" name="Text 15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44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4"/>
                                <w:szCs w:val="24"/>
                              </w:rPr>
                              <w:t xml:space="preserve">3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8138159</wp:posOffset>
                </wp:positionV>
                <wp:extent cx="778411" cy="118872"/>
                <wp:effectExtent l="0" t="0" r="0" b="0"/>
                <wp:wrapNone/>
                <wp:docPr id="1560" name="Text 15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41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A6975"/>
                                <w:spacing w:val="22"/>
                                <w:sz w:val="16"/>
                                <w:szCs w:val="16"/>
                              </w:rPr>
                              <w:t xml:space="preserve">VENUE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429767</wp:posOffset>
                </wp:positionH>
                <wp:positionV relativeFrom="page">
                  <wp:posOffset>8293608</wp:posOffset>
                </wp:positionV>
                <wp:extent cx="1255986" cy="173736"/>
                <wp:effectExtent l="0" t="0" r="0" b="0"/>
                <wp:wrapNone/>
                <wp:docPr id="1561" name="Text 15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598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F2233"/>
                                <w:sz w:val="24"/>
                                <w:szCs w:val="24"/>
                              </w:rPr>
                              <w:t xml:space="preserve">Planet Play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 Party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