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56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56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685800</wp:posOffset>
                </wp:positionH>
                <wp:positionV relativeFrom="page">
                  <wp:posOffset>5374843</wp:posOffset>
                </wp:positionV>
                <wp:extent cx="2015063" cy="1115568"/>
                <wp:effectExtent l="0" t="0" r="0" b="0"/>
                <wp:wrapNone/>
                <wp:docPr id="1563" name="Text 15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5063" cy="11155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5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3EEFE"/>
                                <w:spacing w:val="-24"/>
                                <w:sz w:val="158"/>
                                <w:szCs w:val="158"/>
                              </w:rPr>
                              <w:t xml:space="preserve">Oh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685800</wp:posOffset>
                </wp:positionH>
                <wp:positionV relativeFrom="page">
                  <wp:posOffset>6300216</wp:posOffset>
                </wp:positionV>
                <wp:extent cx="3522668" cy="1115568"/>
                <wp:effectExtent l="0" t="0" r="0" b="0"/>
                <wp:wrapNone/>
                <wp:docPr id="1564" name="Text 15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2668" cy="11155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5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3EEFE"/>
                                <w:spacing w:val="-31"/>
                                <w:sz w:val="158"/>
                                <w:szCs w:val="158"/>
                              </w:rPr>
                              <w:t xml:space="preserve">Baby!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685800</wp:posOffset>
                </wp:positionH>
                <wp:positionV relativeFrom="page">
                  <wp:posOffset>7406639</wp:posOffset>
                </wp:positionV>
                <wp:extent cx="3308884" cy="443484"/>
                <wp:effectExtent l="0" t="0" r="0" b="0"/>
                <wp:wrapNone/>
                <wp:docPr id="1565" name="Text 15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8884" cy="4434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3EEFE"/>
                                <w:sz w:val="27"/>
                                <w:szCs w:val="27"/>
                              </w:rPr>
                              <w:t xml:space="preserve">A little one is on the way. Join us</w:t>
                            </w:r>
                          </w:p>
                          <w:p>
                            <w:pPr>
                              <w:spacing w:before="0" w:after="0" w:line="39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3EEFE"/>
                                <w:sz w:val="27"/>
                                <w:szCs w:val="27"/>
                              </w:rPr>
                              <w:t xml:space="preserve">to shower Pooja with love.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4562856</wp:posOffset>
                </wp:positionH>
                <wp:positionV relativeFrom="page">
                  <wp:posOffset>7690104</wp:posOffset>
                </wp:positionV>
                <wp:extent cx="660819" cy="100584"/>
                <wp:effectExtent l="0" t="0" r="0" b="0"/>
                <wp:wrapNone/>
                <wp:docPr id="1566" name="Text 15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819" cy="1005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5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577A8"/>
                                <w:spacing w:val="16"/>
                                <w:sz w:val="14"/>
                                <w:szCs w:val="14"/>
                              </w:rPr>
                              <w:t xml:space="preserve"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5509431</wp:posOffset>
                </wp:positionH>
                <wp:positionV relativeFrom="page">
                  <wp:posOffset>7653528</wp:posOffset>
                </wp:positionV>
                <wp:extent cx="1124942" cy="146304"/>
                <wp:effectExtent l="0" t="0" r="0" b="0"/>
                <wp:wrapNone/>
                <wp:docPr id="1567" name="Text 15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4942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3EEFE"/>
                                <w:sz w:val="20"/>
                                <w:szCs w:val="20"/>
                              </w:rPr>
                              <w:t xml:space="preserve">Sun, 14 Apr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4562856</wp:posOffset>
                </wp:positionH>
                <wp:positionV relativeFrom="page">
                  <wp:posOffset>8055863</wp:posOffset>
                </wp:positionV>
                <wp:extent cx="660819" cy="100584"/>
                <wp:effectExtent l="0" t="0" r="0" b="0"/>
                <wp:wrapNone/>
                <wp:docPr id="1568" name="Text 15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819" cy="1005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5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577A8"/>
                                <w:spacing w:val="16"/>
                                <w:sz w:val="14"/>
                                <w:szCs w:val="14"/>
                              </w:rPr>
                              <w:t xml:space="preserve">TIME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5850759</wp:posOffset>
                </wp:positionH>
                <wp:positionV relativeFrom="page">
                  <wp:posOffset>8019287</wp:posOffset>
                </wp:positionV>
                <wp:extent cx="778640" cy="146304"/>
                <wp:effectExtent l="0" t="0" r="0" b="0"/>
                <wp:wrapNone/>
                <wp:docPr id="1569" name="Text 15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640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3EEFE"/>
                                <w:sz w:val="20"/>
                                <w:szCs w:val="20"/>
                              </w:rPr>
                              <w:t xml:space="preserve">11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 Baby!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