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1570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570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356616</wp:posOffset>
                </wp:positionH>
                <wp:positionV relativeFrom="page">
                  <wp:posOffset>5619902</wp:posOffset>
                </wp:positionV>
                <wp:extent cx="3658413" cy="1225295"/>
                <wp:effectExtent l="0" t="0" r="0" b="0"/>
                <wp:wrapNone/>
                <wp:docPr id="1571" name="Text 157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8413" cy="1225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929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F1C12"/>
                                <w:spacing w:val="-51"/>
                                <w:sz w:val="173"/>
                                <w:szCs w:val="173"/>
                              </w:rPr>
                              <w:t xml:space="preserve">Baby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356616</wp:posOffset>
                </wp:positionH>
                <wp:positionV relativeFrom="page">
                  <wp:posOffset>6629400</wp:posOffset>
                </wp:positionV>
                <wp:extent cx="4490675" cy="1225295"/>
                <wp:effectExtent l="0" t="0" r="0" b="0"/>
                <wp:wrapNone/>
                <wp:docPr id="1572" name="Text 157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0675" cy="1225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929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F1C12"/>
                                <w:spacing w:val="-69"/>
                                <w:sz w:val="173"/>
                                <w:szCs w:val="173"/>
                              </w:rPr>
                              <w:t xml:space="preserve">Bloom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356616</wp:posOffset>
                </wp:positionH>
                <wp:positionV relativeFrom="page">
                  <wp:posOffset>7836408</wp:posOffset>
                </wp:positionV>
                <wp:extent cx="3947026" cy="443484"/>
                <wp:effectExtent l="0" t="0" r="0" b="0"/>
                <wp:wrapNone/>
                <wp:docPr id="1573" name="Text 157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47026" cy="4434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1F1C12"/>
                                <w:sz w:val="27"/>
                                <w:szCs w:val="27"/>
                              </w:rPr>
                              <w:t xml:space="preserve">A spring brunch for Aisha and the baby</w:t>
                            </w:r>
                          </w:p>
                          <w:p>
                            <w:pPr>
                              <w:spacing w:before="0" w:after="0" w:line="396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1F1C12"/>
                                <w:sz w:val="27"/>
                                <w:szCs w:val="27"/>
                              </w:rPr>
                              <w:t xml:space="preserve">coming in May.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3876041</wp:posOffset>
                </wp:positionH>
                <wp:positionV relativeFrom="page">
                  <wp:posOffset>8714232</wp:posOffset>
                </wp:positionV>
                <wp:extent cx="3082542" cy="137160"/>
                <wp:effectExtent l="0" t="0" r="0" b="0"/>
                <wp:wrapNone/>
                <wp:docPr id="1574" name="Text 157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2542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F1C12"/>
                                <w:spacing w:val="18"/>
                                <w:sz w:val="19"/>
                                <w:szCs w:val="19"/>
                              </w:rPr>
                              <w:t xml:space="preserve">SAT, 22 MAR — GIFTS OPTIONAL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356616</wp:posOffset>
                </wp:positionH>
                <wp:positionV relativeFrom="page">
                  <wp:posOffset>438912</wp:posOffset>
                </wp:positionV>
                <wp:extent cx="1028071" cy="137160"/>
                <wp:effectExtent l="0" t="0" r="0" b="0"/>
                <wp:wrapNone/>
                <wp:docPr id="1575" name="Text 157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071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F1C12"/>
                                <w:spacing w:val="26"/>
                                <w:sz w:val="19"/>
                                <w:szCs w:val="19"/>
                              </w:rPr>
                              <w:t xml:space="preserve">WELCOME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Baby Bloom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