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1576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576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356616</wp:posOffset>
                </wp:positionH>
                <wp:positionV relativeFrom="page">
                  <wp:posOffset>4895697</wp:posOffset>
                </wp:positionV>
                <wp:extent cx="6917984" cy="1435608"/>
                <wp:effectExtent l="0" t="0" r="0" b="0"/>
                <wp:wrapNone/>
                <wp:docPr id="1577" name="Text 157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17984" cy="14356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260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FFF6EC"/>
                                <w:spacing w:val="74"/>
                                <w:sz w:val="187"/>
                                <w:szCs w:val="187"/>
                              </w:rPr>
                              <w:t xml:space="preserve">Class of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356616</wp:posOffset>
                </wp:positionH>
                <wp:positionV relativeFrom="page">
                  <wp:posOffset>5989320</wp:posOffset>
                </wp:positionV>
                <wp:extent cx="4139388" cy="1435608"/>
                <wp:effectExtent l="0" t="0" r="0" b="0"/>
                <wp:wrapNone/>
                <wp:docPr id="1578" name="Text 157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39388" cy="14356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260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FFF6EC"/>
                                <w:spacing w:val="-18"/>
                                <w:sz w:val="187"/>
                                <w:szCs w:val="187"/>
                              </w:rPr>
                              <w:t xml:space="preserve">2027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356616</wp:posOffset>
                </wp:positionH>
                <wp:positionV relativeFrom="page">
                  <wp:posOffset>7388352</wp:posOffset>
                </wp:positionV>
                <wp:extent cx="4167692" cy="484631"/>
                <wp:effectExtent l="0" t="0" r="0" b="0"/>
                <wp:wrapNone/>
                <wp:docPr id="1579" name="Text 157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7692" cy="4846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5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FFF6EC"/>
                                <w:sz w:val="29"/>
                                <w:szCs w:val="29"/>
                              </w:rPr>
                              <w:t xml:space="preserve">Celebrate with us — Rhea finally has</w:t>
                            </w:r>
                          </w:p>
                          <w:p>
                            <w:pPr>
                              <w:spacing w:before="0" w:after="0" w:line="417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FFF6EC"/>
                                <w:sz w:val="29"/>
                                <w:szCs w:val="29"/>
                              </w:rPr>
                              <w:t xml:space="preserve">her degree!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4562856</wp:posOffset>
                </wp:positionH>
                <wp:positionV relativeFrom="page">
                  <wp:posOffset>7589520</wp:posOffset>
                </wp:positionV>
                <wp:extent cx="681027" cy="109728"/>
                <wp:effectExtent l="0" t="0" r="0" b="0"/>
                <wp:wrapNone/>
                <wp:docPr id="1580" name="Text 158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027" cy="1097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72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FFFFFF"/>
                                <w:spacing w:val="18"/>
                                <w:sz w:val="15"/>
                                <w:szCs w:val="15"/>
                              </w:rPr>
                              <w:t xml:space="preserve">DATE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5795438</wp:posOffset>
                </wp:positionH>
                <wp:positionV relativeFrom="page">
                  <wp:posOffset>7543800</wp:posOffset>
                </wp:positionV>
                <wp:extent cx="1163145" cy="173736"/>
                <wp:effectExtent l="0" t="0" r="0" b="0"/>
                <wp:wrapNone/>
                <wp:docPr id="1581" name="Text 158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3145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righ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FFF6EC"/>
                                <w:sz w:val="22"/>
                                <w:szCs w:val="22"/>
                              </w:rPr>
                              <w:t xml:space="preserve">Sat, 26 Jun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4562856</wp:posOffset>
                </wp:positionH>
                <wp:positionV relativeFrom="page">
                  <wp:posOffset>7955280</wp:posOffset>
                </wp:positionV>
                <wp:extent cx="681027" cy="109728"/>
                <wp:effectExtent l="0" t="0" r="0" b="0"/>
                <wp:wrapNone/>
                <wp:docPr id="1582" name="Text 158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027" cy="1097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72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FFFFFF"/>
                                <w:spacing w:val="18"/>
                                <w:sz w:val="15"/>
                                <w:szCs w:val="15"/>
                              </w:rPr>
                              <w:t xml:space="preserve">TIME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6213919</wp:posOffset>
                </wp:positionH>
                <wp:positionV relativeFrom="page">
                  <wp:posOffset>7909559</wp:posOffset>
                </wp:positionV>
                <wp:extent cx="744664" cy="173736"/>
                <wp:effectExtent l="0" t="0" r="0" b="0"/>
                <wp:wrapNone/>
                <wp:docPr id="1583" name="Text 158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4664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righ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FFF6EC"/>
                                <w:sz w:val="22"/>
                                <w:szCs w:val="22"/>
                              </w:rPr>
                              <w:t xml:space="preserve">7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4562856</wp:posOffset>
                </wp:positionH>
                <wp:positionV relativeFrom="page">
                  <wp:posOffset>8321039</wp:posOffset>
                </wp:positionV>
                <wp:extent cx="750465" cy="109728"/>
                <wp:effectExtent l="0" t="0" r="0" b="0"/>
                <wp:wrapNone/>
                <wp:docPr id="1584" name="Text 158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0465" cy="1097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72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FFFFFF"/>
                                <w:spacing w:val="18"/>
                                <w:sz w:val="15"/>
                                <w:szCs w:val="15"/>
                              </w:rPr>
                              <w:t xml:space="preserve">VENUE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5761577</wp:posOffset>
                </wp:positionH>
                <wp:positionV relativeFrom="page">
                  <wp:posOffset>8275320</wp:posOffset>
                </wp:positionV>
                <wp:extent cx="1198078" cy="173736"/>
                <wp:effectExtent l="0" t="0" r="0" b="0"/>
                <wp:wrapNone/>
                <wp:docPr id="1585" name="Text 158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8078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righ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FFF6EC"/>
                                <w:sz w:val="22"/>
                                <w:szCs w:val="22"/>
                              </w:rPr>
                              <w:t xml:space="preserve">Sea Lounge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of 2027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