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8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8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1141059</wp:posOffset>
                </wp:positionH>
                <wp:positionV relativeFrom="page">
                  <wp:posOffset>1333207</wp:posOffset>
                </wp:positionV>
                <wp:extent cx="6137564" cy="5012845"/>
                <wp:effectExtent l="0" t="0" r="0" b="0"/>
                <wp:wrapNone/>
                <wp:docPr id="1587" name="Text 15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7564" cy="5012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89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0"/>
                                <w:sz w:val="37"/>
                                <w:szCs w:val="37"/>
                              </w:rPr>
                              <w:t xml:space="preserve">HAPPY RETIREMENT  ✦  HAPPY RETIREMENT  ✦  HAPPY RETIREMENT  ✦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1660250</wp:posOffset>
                </wp:positionH>
                <wp:positionV relativeFrom="page">
                  <wp:posOffset>6731812</wp:posOffset>
                </wp:positionV>
                <wp:extent cx="3994699" cy="1078992"/>
                <wp:effectExtent l="0" t="0" r="0" b="0"/>
                <wp:wrapNone/>
                <wp:docPr id="1588" name="Text 15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4699" cy="10789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69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B0B0B"/>
                                <w:sz w:val="130"/>
                                <w:szCs w:val="130"/>
                              </w:rPr>
                              <w:t xml:space="preserve">HAPPY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36576</wp:posOffset>
                </wp:positionH>
                <wp:positionV relativeFrom="page">
                  <wp:posOffset>7488935</wp:posOffset>
                </wp:positionV>
                <wp:extent cx="7242048" cy="1078992"/>
                <wp:effectExtent l="0" t="0" r="0" b="0"/>
                <wp:wrapNone/>
                <wp:docPr id="1589" name="Text 15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2048" cy="10789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69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B0B0B"/>
                                <w:spacing w:val="26"/>
                                <w:sz w:val="130"/>
                                <w:szCs w:val="130"/>
                              </w:rPr>
                              <w:t xml:space="preserve">RETIREMENT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1169031</wp:posOffset>
                </wp:positionH>
                <wp:positionV relativeFrom="page">
                  <wp:posOffset>8558784</wp:posOffset>
                </wp:positionV>
                <wp:extent cx="4977136" cy="443484"/>
                <wp:effectExtent l="0" t="0" r="0" b="0"/>
                <wp:wrapNone/>
                <wp:docPr id="1590" name="Text 15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7136" cy="4434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0B0B0B"/>
                                <w:sz w:val="27"/>
                                <w:szCs w:val="27"/>
                              </w:rPr>
                              <w:t xml:space="preserve">After 34 years, Mr. Sharma is officially on holiday.</w:t>
                            </w:r>
                          </w:p>
                          <w:p>
                            <w:pPr>
                              <w:spacing w:before="0" w:after="0" w:line="39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0B0B0B"/>
                                <w:sz w:val="27"/>
                                <w:szCs w:val="27"/>
                              </w:rPr>
                              <w:t xml:space="preserve">Forever.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Happy Retirement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