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9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9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1152144</wp:posOffset>
                </wp:positionV>
                <wp:extent cx="1680881" cy="164592"/>
                <wp:effectExtent l="0" t="0" r="0" b="0"/>
                <wp:wrapNone/>
                <wp:docPr id="1592" name="Text 15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881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34"/>
                                <w:sz w:val="22"/>
                                <w:szCs w:val="22"/>
                              </w:rPr>
                              <w:t xml:space="preserve">DINNER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4961620</wp:posOffset>
                </wp:positionH>
                <wp:positionV relativeFrom="page">
                  <wp:posOffset>1152144</wp:posOffset>
                </wp:positionV>
                <wp:extent cx="1356883" cy="164592"/>
                <wp:effectExtent l="0" t="0" r="0" b="0"/>
                <wp:wrapNone/>
                <wp:docPr id="1593" name="Text 15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88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34"/>
                                <w:sz w:val="22"/>
                                <w:szCs w:val="22"/>
                              </w:rPr>
                              <w:t xml:space="preserve">ADMIT 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3738067</wp:posOffset>
                </wp:positionV>
                <wp:extent cx="1989489" cy="1014984"/>
                <wp:effectExtent l="0" t="0" r="0" b="0"/>
                <wp:wrapNone/>
                <wp:docPr id="1594" name="Text 15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89" cy="10149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98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FFFFF"/>
                                <w:sz w:val="132"/>
                                <w:szCs w:val="132"/>
                              </w:rPr>
                              <w:t xml:space="preserve">LONG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4511649</wp:posOffset>
                </wp:positionV>
                <wp:extent cx="2293801" cy="1014984"/>
                <wp:effectExtent l="0" t="0" r="0" b="0"/>
                <wp:wrapNone/>
                <wp:docPr id="1595" name="Text 15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3801" cy="10149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98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FFFFF"/>
                                <w:sz w:val="132"/>
                                <w:szCs w:val="132"/>
                              </w:rPr>
                              <w:t xml:space="preserve">TABLE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5453481</wp:posOffset>
                </wp:positionV>
                <wp:extent cx="4887510" cy="182879"/>
                <wp:effectExtent l="0" t="0" r="0" b="0"/>
                <wp:wrapNone/>
                <wp:docPr id="1596" name="Text 15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7510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26"/>
                                <w:szCs w:val="26"/>
                              </w:rPr>
                              <w:t xml:space="preserve">Seven courses, twelve friends, one very long table.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6665976</wp:posOffset>
                </wp:positionV>
                <wp:extent cx="730554" cy="128016"/>
                <wp:effectExtent l="0" t="0" r="0" b="0"/>
                <wp:wrapNone/>
                <wp:docPr id="1597" name="Text 15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55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21"/>
                                <w:sz w:val="18"/>
                                <w:szCs w:val="18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6862572</wp:posOffset>
                </wp:positionV>
                <wp:extent cx="1242355" cy="173736"/>
                <wp:effectExtent l="0" t="0" r="0" b="0"/>
                <wp:wrapNone/>
                <wp:docPr id="1598" name="Text 15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355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Sat, 15 Feb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6665976</wp:posOffset>
                </wp:positionV>
                <wp:extent cx="730554" cy="128016"/>
                <wp:effectExtent l="0" t="0" r="0" b="0"/>
                <wp:wrapNone/>
                <wp:docPr id="1599" name="Text 15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55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21"/>
                                <w:sz w:val="18"/>
                                <w:szCs w:val="18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6862572</wp:posOffset>
                </wp:positionV>
                <wp:extent cx="784440" cy="173736"/>
                <wp:effectExtent l="0" t="0" r="0" b="0"/>
                <wp:wrapNone/>
                <wp:docPr id="1600" name="Text 16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44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8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4654295</wp:posOffset>
                </wp:positionH>
                <wp:positionV relativeFrom="page">
                  <wp:posOffset>6665976</wp:posOffset>
                </wp:positionV>
                <wp:extent cx="811135" cy="128016"/>
                <wp:effectExtent l="0" t="0" r="0" b="0"/>
                <wp:wrapNone/>
                <wp:docPr id="1601" name="Text 16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13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21"/>
                                <w:sz w:val="18"/>
                                <w:szCs w:val="18"/>
                              </w:rPr>
                              <w:t xml:space="preserve">VENUE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4654295</wp:posOffset>
                </wp:positionH>
                <wp:positionV relativeFrom="page">
                  <wp:posOffset>6862572</wp:posOffset>
                </wp:positionV>
                <wp:extent cx="1259357" cy="173736"/>
                <wp:effectExtent l="0" t="0" r="0" b="0"/>
                <wp:wrapNone/>
                <wp:docPr id="1602" name="Text 16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357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Our garden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4373560</wp:posOffset>
                </wp:positionH>
                <wp:positionV relativeFrom="page">
                  <wp:posOffset>7946135</wp:posOffset>
                </wp:positionV>
                <wp:extent cx="1944943" cy="128016"/>
                <wp:effectExtent l="0" t="0" r="0" b="0"/>
                <wp:wrapNone/>
                <wp:docPr id="1603" name="Text 16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4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17"/>
                                <w:sz w:val="17"/>
                                <w:szCs w:val="17"/>
                              </w:rPr>
                              <w:t xml:space="preserve">DRESS: SMART CASUAL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Table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