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60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60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832104</wp:posOffset>
                </wp:positionH>
                <wp:positionV relativeFrom="page">
                  <wp:posOffset>2468880</wp:posOffset>
                </wp:positionV>
                <wp:extent cx="1680881" cy="164592"/>
                <wp:effectExtent l="0" t="0" r="0" b="0"/>
                <wp:wrapNone/>
                <wp:docPr id="1605" name="Text 16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881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30C4"/>
                                <w:spacing w:val="34"/>
                                <w:sz w:val="22"/>
                                <w:szCs w:val="22"/>
                              </w:rPr>
                              <w:t xml:space="preserve">LAUNCH PARTY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868679</wp:posOffset>
                </wp:positionH>
                <wp:positionV relativeFrom="page">
                  <wp:posOffset>2997403</wp:posOffset>
                </wp:positionV>
                <wp:extent cx="3525928" cy="1115568"/>
                <wp:effectExtent l="0" t="0" r="0" b="0"/>
                <wp:wrapNone/>
                <wp:docPr id="1606" name="Text 16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5928" cy="1115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5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pacing w:val="-30"/>
                                <w:sz w:val="158"/>
                                <w:szCs w:val="158"/>
                              </w:rPr>
                              <w:t xml:space="preserve">Doors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868679</wp:posOffset>
                </wp:positionH>
                <wp:positionV relativeFrom="page">
                  <wp:posOffset>3922776</wp:posOffset>
                </wp:positionV>
                <wp:extent cx="3270351" cy="1115568"/>
                <wp:effectExtent l="0" t="0" r="0" b="0"/>
                <wp:wrapNone/>
                <wp:docPr id="1607" name="Text 16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0351" cy="1115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5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pacing w:val="-28"/>
                                <w:sz w:val="158"/>
                                <w:szCs w:val="158"/>
                              </w:rPr>
                              <w:t xml:space="preserve">Open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868679</wp:posOffset>
                </wp:positionH>
                <wp:positionV relativeFrom="page">
                  <wp:posOffset>5056632</wp:posOffset>
                </wp:positionV>
                <wp:extent cx="4650466" cy="520293"/>
                <wp:effectExtent l="0" t="0" r="0" b="0"/>
                <wp:wrapNone/>
                <wp:docPr id="1608" name="Text 16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0466" cy="5202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2EA"/>
                                <w:sz w:val="32"/>
                                <w:szCs w:val="32"/>
                              </w:rPr>
                              <w:t xml:space="preserve">Join us for the opening night of our new</w:t>
                            </w:r>
                          </w:p>
                          <w:p>
                            <w:pPr>
                              <w:spacing w:before="0" w:after="0" w:line="45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2EA"/>
                                <w:sz w:val="32"/>
                                <w:szCs w:val="32"/>
                              </w:rPr>
                              <w:t xml:space="preserve">studio.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868679</wp:posOffset>
                </wp:positionH>
                <wp:positionV relativeFrom="page">
                  <wp:posOffset>6858000</wp:posOffset>
                </wp:positionV>
                <wp:extent cx="1828057" cy="228600"/>
                <wp:effectExtent l="0" t="0" r="0" b="0"/>
                <wp:wrapNone/>
                <wp:docPr id="1609" name="Text 16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057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z w:val="32"/>
                                <w:szCs w:val="32"/>
                              </w:rPr>
                              <w:t xml:space="preserve">Learn more  →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2890732</wp:posOffset>
                </wp:positionH>
                <wp:positionV relativeFrom="page">
                  <wp:posOffset>8567928</wp:posOffset>
                </wp:positionV>
                <wp:extent cx="1533734" cy="146304"/>
                <wp:effectExtent l="0" t="0" r="0" b="0"/>
                <wp:wrapNone/>
                <wp:docPr id="1610" name="Text 16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734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2EA"/>
                                <w:spacing w:val="40"/>
                                <w:sz w:val="20"/>
                                <w:szCs w:val="20"/>
                              </w:rPr>
                              <w:t xml:space="preserve">DRINKS &amp; DJ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Doors Open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