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61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1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1371392</wp:posOffset>
                </wp:positionH>
                <wp:positionV relativeFrom="page">
                  <wp:posOffset>7077456</wp:posOffset>
                </wp:positionV>
                <wp:extent cx="4572414" cy="192024"/>
                <wp:effectExtent l="0" t="0" r="0" b="0"/>
                <wp:wrapNone/>
                <wp:docPr id="1612" name="Text 16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41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6F1E8"/>
                                <w:sz w:val="27"/>
                                <w:szCs w:val="27"/>
                              </w:rPr>
                              <w:t xml:space="preserve">Batch of 2016, back in the same old canteen.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1321157</wp:posOffset>
                </wp:positionH>
                <wp:positionV relativeFrom="page">
                  <wp:posOffset>7918704</wp:posOffset>
                </wp:positionV>
                <wp:extent cx="4672884" cy="164592"/>
                <wp:effectExtent l="0" t="0" r="0" b="0"/>
                <wp:wrapNone/>
                <wp:docPr id="1613" name="Text 16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2884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7A1A"/>
                                <w:spacing w:val="19"/>
                                <w:sz w:val="22"/>
                                <w:szCs w:val="22"/>
                              </w:rPr>
                              <w:t xml:space="preserve">SUN, 28 DEC  /  12 PM  /  COLLEGE CANTEEN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 Years Later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