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614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614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931319</wp:posOffset>
                </wp:positionH>
                <wp:positionV relativeFrom="page">
                  <wp:posOffset>504748</wp:posOffset>
                </wp:positionV>
                <wp:extent cx="5705520" cy="1609344"/>
                <wp:effectExtent l="0" t="0" r="0" b="0"/>
                <wp:wrapNone/>
                <wp:docPr id="1615" name="Text 16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5520" cy="1609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34" w:lineRule="exact"/>
                              <w:jc w:val="center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251B45"/>
                                <w:spacing w:val="9"/>
                                <w:sz w:val="202"/>
                                <w:szCs w:val="202"/>
                              </w:rPr>
                              <w:t xml:space="preserve">SPOOKY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944258</wp:posOffset>
                </wp:positionH>
                <wp:positionV relativeFrom="page">
                  <wp:posOffset>1682495</wp:posOffset>
                </wp:positionV>
                <wp:extent cx="5593383" cy="1609344"/>
                <wp:effectExtent l="0" t="0" r="0" b="0"/>
                <wp:wrapNone/>
                <wp:docPr id="1616" name="Text 16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3383" cy="1609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34" w:lineRule="exact"/>
                              <w:jc w:val="center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251B45"/>
                                <w:spacing w:val="0"/>
                                <w:sz w:val="202"/>
                                <w:szCs w:val="202"/>
                              </w:rPr>
                              <w:t xml:space="preserve">SOIRÉE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988010</wp:posOffset>
                </wp:positionH>
                <wp:positionV relativeFrom="page">
                  <wp:posOffset>3099816</wp:posOffset>
                </wp:positionV>
                <wp:extent cx="5342071" cy="488289"/>
                <wp:effectExtent l="0" t="0" r="0" b="0"/>
                <wp:wrapNone/>
                <wp:docPr id="1617" name="Text 16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2071" cy="4882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51B45"/>
                                <w:sz w:val="30"/>
                                <w:szCs w:val="30"/>
                              </w:rPr>
                              <w:t xml:space="preserve">Costumes compulsory. Best costume wins a</w:t>
                            </w:r>
                          </w:p>
                          <w:p>
                            <w:pPr>
                              <w:spacing w:before="0" w:after="0" w:line="437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51B45"/>
                                <w:sz w:val="30"/>
                                <w:szCs w:val="30"/>
                              </w:rPr>
                              <w:t xml:space="preserve">pumpkin pie.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2612183</wp:posOffset>
                </wp:positionH>
                <wp:positionV relativeFrom="page">
                  <wp:posOffset>8366759</wp:posOffset>
                </wp:positionV>
                <wp:extent cx="2090832" cy="228600"/>
                <wp:effectExtent l="0" t="0" r="0" b="0"/>
                <wp:wrapNone/>
                <wp:docPr id="1618" name="Text 16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83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6E0F8"/>
                                <w:spacing w:val="21"/>
                                <w:sz w:val="32"/>
                                <w:szCs w:val="32"/>
                              </w:rPr>
                              <w:t xml:space="preserve">31 OCT  ·  8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2710153</wp:posOffset>
                </wp:positionH>
                <wp:positionV relativeFrom="page">
                  <wp:posOffset>8759952</wp:posOffset>
                </wp:positionV>
                <wp:extent cx="1894893" cy="137160"/>
                <wp:effectExtent l="0" t="0" r="0" b="0"/>
                <wp:wrapNone/>
                <wp:docPr id="1619" name="Text 16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4893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E6E0F8"/>
                                <w:spacing w:val="37"/>
                                <w:sz w:val="19"/>
                                <w:szCs w:val="19"/>
                              </w:rPr>
                              <w:t xml:space="preserve">COME IN COSTUME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Spooky Soirée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