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62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2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2878088</wp:posOffset>
                </wp:positionH>
                <wp:positionV relativeFrom="page">
                  <wp:posOffset>265176</wp:posOffset>
                </wp:positionV>
                <wp:extent cx="1559023" cy="146304"/>
                <wp:effectExtent l="0" t="0" r="0" b="0"/>
                <wp:wrapNone/>
                <wp:docPr id="1621" name="Text 16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902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59"/>
                                <w:sz w:val="20"/>
                                <w:szCs w:val="20"/>
                              </w:rPr>
                              <w:t xml:space="preserve">POOL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2662532</wp:posOffset>
                </wp:positionH>
                <wp:positionV relativeFrom="page">
                  <wp:posOffset>8796528</wp:posOffset>
                </wp:positionV>
                <wp:extent cx="1990134" cy="146304"/>
                <wp:effectExtent l="0" t="0" r="0" b="0"/>
                <wp:wrapNone/>
                <wp:docPr id="1622" name="Text 16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13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BRING A TOWEL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1593799</wp:posOffset>
                </wp:positionV>
                <wp:extent cx="7242048" cy="1545336"/>
                <wp:effectExtent l="0" t="0" r="0" b="0"/>
                <wp:wrapNone/>
                <wp:docPr id="1623" name="Text 16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1545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3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pacing w:val="42"/>
                                <w:sz w:val="200"/>
                                <w:szCs w:val="200"/>
                              </w:rPr>
                              <w:t xml:space="preserve">MAKE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2762402</wp:posOffset>
                </wp:positionV>
                <wp:extent cx="7242048" cy="1545336"/>
                <wp:effectExtent l="0" t="0" r="0" b="0"/>
                <wp:wrapNone/>
                <wp:docPr id="1624" name="Text 16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1545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3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pacing w:val="46"/>
                                <w:sz w:val="200"/>
                                <w:szCs w:val="200"/>
                              </w:rPr>
                              <w:t xml:space="preserve">SPLASH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1043237</wp:posOffset>
                </wp:positionH>
                <wp:positionV relativeFrom="page">
                  <wp:posOffset>4262018</wp:posOffset>
                </wp:positionV>
                <wp:extent cx="5228724" cy="507491"/>
                <wp:effectExtent l="0" t="0" r="0" b="0"/>
                <wp:wrapNone/>
                <wp:docPr id="1625" name="Text 16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8724" cy="5074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D0F2B"/>
                                <w:sz w:val="30"/>
                                <w:szCs w:val="30"/>
                              </w:rPr>
                              <w:t xml:space="preserve">Sun, sunscreen and a very large inflatable</w:t>
                            </w:r>
                          </w:p>
                          <w:p>
                            <w:pPr>
                              <w:spacing w:before="0" w:after="0" w:line="439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D0F2B"/>
                                <w:sz w:val="30"/>
                                <w:szCs w:val="30"/>
                              </w:rPr>
                              <w:t xml:space="preserve">flamingo.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2550111</wp:posOffset>
                </wp:positionH>
                <wp:positionV relativeFrom="page">
                  <wp:posOffset>8092439</wp:posOffset>
                </wp:positionV>
                <wp:extent cx="2214976" cy="173736"/>
                <wp:effectExtent l="0" t="0" r="0" b="0"/>
                <wp:wrapNone/>
                <wp:docPr id="1626" name="Text 16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497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pacing w:val="20"/>
                                <w:sz w:val="23"/>
                                <w:szCs w:val="23"/>
                              </w:rPr>
                              <w:t xml:space="preserve">SAT, 10 MAY  ·  2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Splash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