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62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2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4716475</wp:posOffset>
                </wp:positionV>
                <wp:extent cx="5086364" cy="1417320"/>
                <wp:effectExtent l="0" t="0" r="0" b="0"/>
                <wp:wrapNone/>
                <wp:docPr id="1628" name="Text 16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64" cy="141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3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6EFE0"/>
                                <w:spacing w:val="-18"/>
                                <w:sz w:val="184"/>
                                <w:szCs w:val="184"/>
                              </w:rPr>
                              <w:t xml:space="preserve">Ladies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5793638</wp:posOffset>
                </wp:positionV>
                <wp:extent cx="6775704" cy="1417320"/>
                <wp:effectExtent l="0" t="0" r="0" b="0"/>
                <wp:wrapNone/>
                <wp:docPr id="1629" name="Text 16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141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3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6EFE0"/>
                                <w:spacing w:val="-144"/>
                                <w:sz w:val="184"/>
                                <w:szCs w:val="184"/>
                              </w:rPr>
                              <w:t xml:space="preserve">Who Lunch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566928</wp:posOffset>
                </wp:positionV>
                <wp:extent cx="1535763" cy="164592"/>
                <wp:effectExtent l="0" t="0" r="0" b="0"/>
                <wp:wrapNone/>
                <wp:docPr id="1630" name="Text 16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576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EFE0"/>
                                <w:spacing w:val="30"/>
                                <w:sz w:val="22"/>
                                <w:szCs w:val="22"/>
                              </w:rPr>
                              <w:t xml:space="preserve">KITTY 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6065901</wp:posOffset>
                </wp:positionH>
                <wp:positionV relativeFrom="page">
                  <wp:posOffset>566928</wp:posOffset>
                </wp:positionV>
                <wp:extent cx="746379" cy="164592"/>
                <wp:effectExtent l="0" t="0" r="0" b="0"/>
                <wp:wrapNone/>
                <wp:docPr id="1631" name="Text 16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37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6EFE0"/>
                                <w:sz w:val="22"/>
                                <w:szCs w:val="22"/>
                              </w:rPr>
                              <w:t xml:space="preserve">№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7174382</wp:posOffset>
                </wp:positionV>
                <wp:extent cx="4947604" cy="484631"/>
                <wp:effectExtent l="0" t="0" r="0" b="0"/>
                <wp:wrapNone/>
                <wp:docPr id="1632" name="Text 16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7604" cy="4846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F6EFE0"/>
                                <w:sz w:val="29"/>
                                <w:szCs w:val="29"/>
                              </w:rPr>
                              <w:t xml:space="preserve">Theme: retro Bollywood. Housie, lunch and</w:t>
                            </w:r>
                          </w:p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F6EFE0"/>
                                <w:sz w:val="29"/>
                                <w:szCs w:val="29"/>
                              </w:rPr>
                              <w:t xml:space="preserve">gossip.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8339328</wp:posOffset>
                </wp:positionV>
                <wp:extent cx="689851" cy="118872"/>
                <wp:effectExtent l="0" t="0" r="0" b="0"/>
                <wp:wrapNone/>
                <wp:docPr id="1633" name="Text 16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851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9482B4"/>
                                <w:spacing w:val="18"/>
                                <w:sz w:val="16"/>
                                <w:szCs w:val="16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8499348</wp:posOffset>
                </wp:positionV>
                <wp:extent cx="1219152" cy="173736"/>
                <wp:effectExtent l="0" t="0" r="0" b="0"/>
                <wp:wrapNone/>
                <wp:docPr id="1634" name="Text 16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15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6EFE0"/>
                                <w:sz w:val="22"/>
                                <w:szCs w:val="22"/>
                              </w:rPr>
                              <w:t xml:space="preserve">Wed, 18 Jun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2606040</wp:posOffset>
                </wp:positionH>
                <wp:positionV relativeFrom="page">
                  <wp:posOffset>8339328</wp:posOffset>
                </wp:positionV>
                <wp:extent cx="689851" cy="118872"/>
                <wp:effectExtent l="0" t="0" r="0" b="0"/>
                <wp:wrapNone/>
                <wp:docPr id="1635" name="Text 16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851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9482B4"/>
                                <w:spacing w:val="18"/>
                                <w:sz w:val="16"/>
                                <w:szCs w:val="16"/>
                              </w:rPr>
                              <w:t xml:space="preserve"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2606040</wp:posOffset>
                </wp:positionH>
                <wp:positionV relativeFrom="page">
                  <wp:posOffset>8499348</wp:posOffset>
                </wp:positionV>
                <wp:extent cx="723661" cy="173736"/>
                <wp:effectExtent l="0" t="0" r="0" b="0"/>
                <wp:wrapNone/>
                <wp:docPr id="1636" name="Text 16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66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6EFE0"/>
                                <w:sz w:val="22"/>
                                <w:szCs w:val="22"/>
                              </w:rPr>
                              <w:t xml:space="preserve">1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4709160</wp:posOffset>
                </wp:positionH>
                <wp:positionV relativeFrom="page">
                  <wp:posOffset>8339328</wp:posOffset>
                </wp:positionV>
                <wp:extent cx="761289" cy="118872"/>
                <wp:effectExtent l="0" t="0" r="0" b="0"/>
                <wp:wrapNone/>
                <wp:docPr id="1637" name="Text 16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289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9482B4"/>
                                <w:spacing w:val="18"/>
                                <w:sz w:val="16"/>
                                <w:szCs w:val="16"/>
                              </w:rPr>
                              <w:t xml:space="preserve">VENUE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4709160</wp:posOffset>
                </wp:positionH>
                <wp:positionV relativeFrom="page">
                  <wp:posOffset>8499348</wp:posOffset>
                </wp:positionV>
                <wp:extent cx="1250611" cy="173736"/>
                <wp:effectExtent l="0" t="0" r="0" b="0"/>
                <wp:wrapNone/>
                <wp:docPr id="1638" name="Text 16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61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6EFE0"/>
                                <w:sz w:val="22"/>
                                <w:szCs w:val="22"/>
                              </w:rPr>
                              <w:t xml:space="preserve">Saffron Café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Ladies Who Lunch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