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1639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639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4945075</wp:posOffset>
                </wp:positionV>
                <wp:extent cx="3690885" cy="1755648"/>
                <wp:effectExtent l="0" t="0" r="0" b="0"/>
                <wp:wrapNone/>
                <wp:docPr id="1640" name="Text 164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90885" cy="17556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64" w:lineRule="exact"/>
                              <w:jc w:val="left"/>
                            </w:pPr>
                            <w:r>
                              <w:rPr>
                                <w:rFonts w:ascii="Bebas Neue" w:hAnsi="Bebas Neue" w:cs="Bebas Neue" w:eastAsia="Bebas Neue"/>
                                <w:b/>
                                <w:bCs/>
                                <w:color w:val="1E0F2E"/>
                                <w:sz w:val="230"/>
                                <w:szCs w:val="230"/>
                              </w:rPr>
                              <w:t xml:space="preserve">GRILL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6261811</wp:posOffset>
                </wp:positionV>
                <wp:extent cx="6116351" cy="1755648"/>
                <wp:effectExtent l="0" t="0" r="0" b="0"/>
                <wp:wrapNone/>
                <wp:docPr id="1641" name="Text 164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6351" cy="17556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64" w:lineRule="exact"/>
                              <w:jc w:val="left"/>
                            </w:pPr>
                            <w:r>
                              <w:rPr>
                                <w:rFonts w:ascii="Bebas Neue" w:hAnsi="Bebas Neue" w:cs="Bebas Neue" w:eastAsia="Bebas Neue"/>
                                <w:b/>
                                <w:bCs/>
                                <w:color w:val="1E0F2E"/>
                                <w:spacing w:val="226"/>
                                <w:sz w:val="230"/>
                                <w:szCs w:val="230"/>
                              </w:rPr>
                              <w:t xml:space="preserve">&amp; CHILL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521208</wp:posOffset>
                </wp:positionV>
                <wp:extent cx="1173403" cy="146304"/>
                <wp:effectExtent l="0" t="0" r="0" b="0"/>
                <wp:wrapNone/>
                <wp:docPr id="1642" name="Text 164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3403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E0F2E"/>
                                <w:spacing w:val="28"/>
                                <w:sz w:val="20"/>
                                <w:szCs w:val="20"/>
                              </w:rPr>
                              <w:t xml:space="preserve">BARBECUE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7825435</wp:posOffset>
                </wp:positionV>
                <wp:extent cx="4611961" cy="443484"/>
                <wp:effectExtent l="0" t="0" r="0" b="0"/>
                <wp:wrapNone/>
                <wp:docPr id="1643" name="Text 164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1961" cy="4434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E0F2E"/>
                                <w:sz w:val="27"/>
                                <w:szCs w:val="27"/>
                              </w:rPr>
                              <w:t xml:space="preserve">Paneer tikka, corn on the cob and a cooler</w:t>
                            </w:r>
                          </w:p>
                          <w:p>
                            <w:pPr>
                              <w:spacing w:before="0" w:after="0" w:line="396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E0F2E"/>
                                <w:sz w:val="27"/>
                                <w:szCs w:val="27"/>
                              </w:rPr>
                              <w:t xml:space="preserve">full of lemonade.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5474569</wp:posOffset>
                </wp:positionH>
                <wp:positionV relativeFrom="page">
                  <wp:posOffset>8750808</wp:posOffset>
                </wp:positionV>
                <wp:extent cx="1337710" cy="146304"/>
                <wp:effectExtent l="0" t="0" r="0" b="0"/>
                <wp:wrapNone/>
                <wp:docPr id="1644" name="Text 164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7710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E0F2E"/>
                                <w:spacing w:val="24"/>
                                <w:sz w:val="20"/>
                                <w:szCs w:val="20"/>
                              </w:rPr>
                              <w:t xml:space="preserve">SUN, 1 JUN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Grill &amp; Chill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