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85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85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1681488</wp:posOffset>
                </wp:positionH>
                <wp:positionV relativeFrom="page">
                  <wp:posOffset>658368</wp:posOffset>
                </wp:positionV>
                <wp:extent cx="3952222" cy="658368"/>
                <wp:effectExtent l="0" t="0" r="0" b="0"/>
                <wp:wrapNone/>
                <wp:docPr id="1853" name="Text 18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22" cy="658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36" w:lineRule="exact"/>
                              <w:jc w:val="center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2A2118"/>
                                <w:sz w:val="78"/>
                                <w:szCs w:val="78"/>
                              </w:rPr>
                              <w:t xml:space="preserve">Saffron Table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2752358</wp:posOffset>
                </wp:positionH>
                <wp:positionV relativeFrom="page">
                  <wp:posOffset>1426464</wp:posOffset>
                </wp:positionV>
                <wp:extent cx="1810483" cy="164592"/>
                <wp:effectExtent l="0" t="0" r="0" b="0"/>
                <wp:wrapNone/>
                <wp:docPr id="1854" name="Text 18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048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84682E"/>
                                <w:spacing w:val="64"/>
                                <w:sz w:val="22"/>
                                <w:szCs w:val="22"/>
                              </w:rPr>
                              <w:t xml:space="preserve">DINNER MENU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2999160</wp:posOffset>
                </wp:positionH>
                <wp:positionV relativeFrom="page">
                  <wp:posOffset>2039112</wp:posOffset>
                </wp:positionV>
                <wp:extent cx="1316878" cy="301752"/>
                <wp:effectExtent l="0" t="0" r="0" b="0"/>
                <wp:wrapNone/>
                <wp:docPr id="1855" name="Text 18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6878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84682E"/>
                                <w:sz w:val="43"/>
                                <w:szCs w:val="43"/>
                              </w:rPr>
                              <w:t xml:space="preserve">Starters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2743200</wp:posOffset>
                </wp:positionV>
                <wp:extent cx="1560457" cy="228600"/>
                <wp:effectExtent l="0" t="0" r="0" b="0"/>
                <wp:wrapNone/>
                <wp:docPr id="1856" name="Text 18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045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32"/>
                                <w:szCs w:val="32"/>
                              </w:rPr>
                              <w:t xml:space="preserve">Paneer tikka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5432621</wp:posOffset>
                </wp:positionH>
                <wp:positionV relativeFrom="page">
                  <wp:posOffset>2743200</wp:posOffset>
                </wp:positionV>
                <wp:extent cx="885882" cy="228600"/>
                <wp:effectExtent l="0" t="0" r="0" b="0"/>
                <wp:wrapNone/>
                <wp:docPr id="1857" name="Text 18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2118"/>
                                <w:sz w:val="32"/>
                                <w:szCs w:val="32"/>
                              </w:rPr>
                              <w:t xml:space="preserve">₹320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3127247</wp:posOffset>
                </wp:positionV>
                <wp:extent cx="2511571" cy="228600"/>
                <wp:effectExtent l="0" t="0" r="0" b="0"/>
                <wp:wrapNone/>
                <wp:docPr id="1858" name="Text 18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157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32"/>
                                <w:szCs w:val="32"/>
                              </w:rPr>
                              <w:t xml:space="preserve">Tandoori mushrooms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5432621</wp:posOffset>
                </wp:positionH>
                <wp:positionV relativeFrom="page">
                  <wp:posOffset>3127247</wp:posOffset>
                </wp:positionV>
                <wp:extent cx="885882" cy="228600"/>
                <wp:effectExtent l="0" t="0" r="0" b="0"/>
                <wp:wrapNone/>
                <wp:docPr id="1859" name="Text 18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2118"/>
                                <w:sz w:val="32"/>
                                <w:szCs w:val="32"/>
                              </w:rPr>
                              <w:t xml:space="preserve">₹290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3511296</wp:posOffset>
                </wp:positionV>
                <wp:extent cx="1453095" cy="228600"/>
                <wp:effectExtent l="0" t="0" r="0" b="0"/>
                <wp:wrapNone/>
                <wp:docPr id="1860" name="Text 18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09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32"/>
                                <w:szCs w:val="32"/>
                              </w:rPr>
                              <w:t xml:space="preserve">Dahi kebab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5432621</wp:posOffset>
                </wp:positionH>
                <wp:positionV relativeFrom="page">
                  <wp:posOffset>3511296</wp:posOffset>
                </wp:positionV>
                <wp:extent cx="885882" cy="228600"/>
                <wp:effectExtent l="0" t="0" r="0" b="0"/>
                <wp:wrapNone/>
                <wp:docPr id="1861" name="Text 18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2118"/>
                                <w:sz w:val="32"/>
                                <w:szCs w:val="32"/>
                              </w:rPr>
                              <w:t xml:space="preserve">₹280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3081528</wp:posOffset>
                </wp:positionH>
                <wp:positionV relativeFrom="page">
                  <wp:posOffset>4288536</wp:posOffset>
                </wp:positionV>
                <wp:extent cx="1143000" cy="301752"/>
                <wp:effectExtent l="0" t="0" r="0" b="0"/>
                <wp:wrapNone/>
                <wp:docPr id="1862" name="Text 18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84682E"/>
                                <w:sz w:val="43"/>
                                <w:szCs w:val="43"/>
                              </w:rPr>
                              <w:t xml:space="preserve">Mains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4992624</wp:posOffset>
                </wp:positionV>
                <wp:extent cx="1553394" cy="228600"/>
                <wp:effectExtent l="0" t="0" r="0" b="0"/>
                <wp:wrapNone/>
                <wp:docPr id="1863" name="Text 18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339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32"/>
                                <w:szCs w:val="32"/>
                              </w:rPr>
                              <w:t xml:space="preserve">Dal makhani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5432621</wp:posOffset>
                </wp:positionH>
                <wp:positionV relativeFrom="page">
                  <wp:posOffset>4992624</wp:posOffset>
                </wp:positionV>
                <wp:extent cx="885882" cy="228600"/>
                <wp:effectExtent l="0" t="0" r="0" b="0"/>
                <wp:wrapNone/>
                <wp:docPr id="1864" name="Text 18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2118"/>
                                <w:sz w:val="32"/>
                                <w:szCs w:val="32"/>
                              </w:rPr>
                              <w:t xml:space="preserve">₹340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5376671</wp:posOffset>
                </wp:positionV>
                <wp:extent cx="1726644" cy="228600"/>
                <wp:effectExtent l="0" t="0" r="0" b="0"/>
                <wp:wrapNone/>
                <wp:docPr id="1865" name="Text 18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664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32"/>
                                <w:szCs w:val="32"/>
                              </w:rPr>
                              <w:t xml:space="preserve">Butter chicken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5432621</wp:posOffset>
                </wp:positionH>
                <wp:positionV relativeFrom="page">
                  <wp:posOffset>5376671</wp:posOffset>
                </wp:positionV>
                <wp:extent cx="885882" cy="228600"/>
                <wp:effectExtent l="0" t="0" r="0" b="0"/>
                <wp:wrapNone/>
                <wp:docPr id="1866" name="Text 18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2118"/>
                                <w:sz w:val="32"/>
                                <w:szCs w:val="32"/>
                              </w:rPr>
                              <w:t xml:space="preserve">₹460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5760720</wp:posOffset>
                </wp:positionV>
                <wp:extent cx="1770849" cy="228600"/>
                <wp:effectExtent l="0" t="0" r="0" b="0"/>
                <wp:wrapNone/>
                <wp:docPr id="1867" name="Text 18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0849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32"/>
                                <w:szCs w:val="32"/>
                              </w:rPr>
                              <w:t xml:space="preserve">Kadhai paneer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5432621</wp:posOffset>
                </wp:positionH>
                <wp:positionV relativeFrom="page">
                  <wp:posOffset>5760720</wp:posOffset>
                </wp:positionV>
                <wp:extent cx="885882" cy="228600"/>
                <wp:effectExtent l="0" t="0" r="0" b="0"/>
                <wp:wrapNone/>
                <wp:docPr id="1868" name="Text 18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2118"/>
                                <w:sz w:val="32"/>
                                <w:szCs w:val="32"/>
                              </w:rPr>
                              <w:t xml:space="preserve">₹380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6144768</wp:posOffset>
                </wp:positionV>
                <wp:extent cx="1318507" cy="228600"/>
                <wp:effectExtent l="0" t="0" r="0" b="0"/>
                <wp:wrapNone/>
                <wp:docPr id="1869" name="Text 18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850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32"/>
                                <w:szCs w:val="32"/>
                              </w:rPr>
                              <w:t xml:space="preserve">Jeera rice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5432621</wp:posOffset>
                </wp:positionH>
                <wp:positionV relativeFrom="page">
                  <wp:posOffset>6144768</wp:posOffset>
                </wp:positionV>
                <wp:extent cx="885882" cy="228600"/>
                <wp:effectExtent l="0" t="0" r="0" b="0"/>
                <wp:wrapNone/>
                <wp:docPr id="1870" name="Text 18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2118"/>
                                <w:sz w:val="32"/>
                                <w:szCs w:val="32"/>
                              </w:rPr>
                              <w:t xml:space="preserve">₹180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2951940</wp:posOffset>
                </wp:positionH>
                <wp:positionV relativeFrom="page">
                  <wp:posOffset>6922008</wp:posOffset>
                </wp:positionV>
                <wp:extent cx="1402175" cy="301752"/>
                <wp:effectExtent l="0" t="0" r="0" b="0"/>
                <wp:wrapNone/>
                <wp:docPr id="1871" name="Text 18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175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84682E"/>
                                <w:sz w:val="43"/>
                                <w:szCs w:val="43"/>
                              </w:rPr>
                              <w:t xml:space="preserve">Desserts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7626096</wp:posOffset>
                </wp:positionV>
                <wp:extent cx="1575968" cy="228600"/>
                <wp:effectExtent l="0" t="0" r="0" b="0"/>
                <wp:wrapNone/>
                <wp:docPr id="1872" name="Text 18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5968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32"/>
                                <w:szCs w:val="32"/>
                              </w:rPr>
                              <w:t xml:space="preserve">Gulab jamun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5432621</wp:posOffset>
                </wp:positionH>
                <wp:positionV relativeFrom="page">
                  <wp:posOffset>7626096</wp:posOffset>
                </wp:positionV>
                <wp:extent cx="885882" cy="228600"/>
                <wp:effectExtent l="0" t="0" r="0" b="0"/>
                <wp:wrapNone/>
                <wp:docPr id="1873" name="Text 18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2118"/>
                                <w:sz w:val="32"/>
                                <w:szCs w:val="32"/>
                              </w:rPr>
                              <w:t xml:space="preserve">₹160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996696</wp:posOffset>
                </wp:positionH>
                <wp:positionV relativeFrom="page">
                  <wp:posOffset>8010144</wp:posOffset>
                </wp:positionV>
                <wp:extent cx="1273787" cy="228600"/>
                <wp:effectExtent l="0" t="0" r="0" b="0"/>
                <wp:wrapNone/>
                <wp:docPr id="1874" name="Text 18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3787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A2118"/>
                                <w:sz w:val="32"/>
                                <w:szCs w:val="32"/>
                              </w:rPr>
                              <w:t xml:space="preserve">Rasmalai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page">
                  <wp:posOffset>5432621</wp:posOffset>
                </wp:positionH>
                <wp:positionV relativeFrom="page">
                  <wp:posOffset>8010144</wp:posOffset>
                </wp:positionV>
                <wp:extent cx="885882" cy="228600"/>
                <wp:effectExtent l="0" t="0" r="0" b="0"/>
                <wp:wrapNone/>
                <wp:docPr id="1875" name="Text 18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8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A2118"/>
                                <w:sz w:val="32"/>
                                <w:szCs w:val="32"/>
                              </w:rPr>
                              <w:t xml:space="preserve">₹180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page">
                  <wp:posOffset>1708820</wp:posOffset>
                </wp:positionH>
                <wp:positionV relativeFrom="page">
                  <wp:posOffset>8906256</wp:posOffset>
                </wp:positionV>
                <wp:extent cx="3897558" cy="128016"/>
                <wp:effectExtent l="0" t="0" r="0" b="0"/>
                <wp:wrapNone/>
                <wp:docPr id="1876" name="Text 18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755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726A5C"/>
                                <w:sz w:val="17"/>
                                <w:szCs w:val="17"/>
                              </w:rPr>
                              <w:t xml:space="preserve">Prices in ₹, inclusive of taxes · sample menu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Saffron Table — Dinner menu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