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line="20" w:lineRule="exact"/>
      </w:pPr>
      <w:r xmlns:a="http://schemas.openxmlformats.org/drawingml/2006/main" xmlns:pic="http://schemas.openxmlformats.org/drawingml/2006/picture">
        <w:drawing>
          <wp:anchor distT="0" distB="0" distL="0" distR="0" simplePos="0" relativeHeight="1" behindDoc="1" locked="1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344460" cy="9180576"/>
            <wp:effectExtent l="0" t="0" r="0" b="0"/>
            <wp:wrapNone/>
            <wp:docPr id="1877" name="Background artwork" descr="Decorative background artwork (no text)"/>
            <wp:cNvGraphicFramePr/>
            <a:graphic>
              <a:graphicData uri="http://schemas.openxmlformats.org/drawingml/2006/picture">
                <pic:pic>
                  <pic:nvPicPr>
                    <pic:cNvPr id="1877" name="Background artwork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344460" cy="918057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0" behindDoc="0" locked="0" layoutInCell="1" allowOverlap="1">
                <wp:simplePos x="0" y="0"/>
                <wp:positionH relativeFrom="page">
                  <wp:posOffset>1538034</wp:posOffset>
                </wp:positionH>
                <wp:positionV relativeFrom="page">
                  <wp:posOffset>722376</wp:posOffset>
                </wp:positionV>
                <wp:extent cx="4290526" cy="731519"/>
                <wp:effectExtent l="0" t="0" r="0" b="0"/>
                <wp:wrapNone/>
                <wp:docPr id="1878" name="Text 1878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290526" cy="73151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1152" w:lineRule="exact"/>
                              <w:jc w:val="center"/>
                            </w:pPr>
                            <w:r>
                              <w:rPr>
                                <w:rFonts w:ascii="Caveat" w:hAnsi="Caveat" w:cs="Caveat" w:eastAsia="Caveat"/>
                                <w:b/>
                                <w:bCs/>
                                <w:color w:val="F4F1E8"/>
                                <w:sz w:val="92"/>
                                <w:szCs w:val="92"/>
                              </w:rPr>
                              <w:t xml:space="preserve">Fieldnote Coffee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1" behindDoc="0" locked="0" layoutInCell="1" allowOverlap="1">
                <wp:simplePos x="0" y="0"/>
                <wp:positionH relativeFrom="page">
                  <wp:posOffset>3028321</wp:posOffset>
                </wp:positionH>
                <wp:positionV relativeFrom="page">
                  <wp:posOffset>1481328</wp:posOffset>
                </wp:positionV>
                <wp:extent cx="1298299" cy="274320"/>
                <wp:effectExtent l="0" t="0" r="0" b="0"/>
                <wp:wrapNone/>
                <wp:docPr id="1879" name="Text 1879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98299" cy="274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431" w:lineRule="exact"/>
                              <w:jc w:val="center"/>
                            </w:pPr>
                            <w:r>
                              <w:rPr>
                                <w:rFonts w:ascii="Caveat" w:hAnsi="Caveat" w:cs="Caveat" w:eastAsia="Caveat"/>
                                <w:b/>
                                <w:bCs/>
                                <w:color w:val="FFFAF0"/>
                                <w:sz w:val="35"/>
                                <w:szCs w:val="35"/>
                              </w:rPr>
                              <w:t xml:space="preserve">Café board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2" behindDoc="0" locked="0" layoutInCell="1" allowOverlap="1">
                <wp:simplePos x="0" y="0"/>
                <wp:positionH relativeFrom="page">
                  <wp:posOffset>813816</wp:posOffset>
                </wp:positionH>
                <wp:positionV relativeFrom="page">
                  <wp:posOffset>2286000</wp:posOffset>
                </wp:positionV>
                <wp:extent cx="1403375" cy="228600"/>
                <wp:effectExtent l="0" t="0" r="0" b="0"/>
                <wp:wrapNone/>
                <wp:docPr id="1880" name="Text 1880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03375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360" w:lineRule="exact"/>
                              <w:jc w:val="left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b/>
                                <w:bCs/>
                                <w:color w:val="FFFAF0"/>
                                <w:spacing w:val="63"/>
                                <w:sz w:val="32"/>
                                <w:szCs w:val="32"/>
                              </w:rPr>
                              <w:t xml:space="preserve">COFFEE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3" behindDoc="0" locked="0" layoutInCell="1" allowOverlap="1">
                <wp:simplePos x="0" y="0"/>
                <wp:positionH relativeFrom="page">
                  <wp:posOffset>813816</wp:posOffset>
                </wp:positionH>
                <wp:positionV relativeFrom="page">
                  <wp:posOffset>2724912</wp:posOffset>
                </wp:positionV>
                <wp:extent cx="1437351" cy="274320"/>
                <wp:effectExtent l="0" t="0" r="0" b="0"/>
                <wp:wrapNone/>
                <wp:docPr id="1881" name="Text 1881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37351" cy="274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431" w:lineRule="exact"/>
                              <w:jc w:val="left"/>
                            </w:pPr>
                            <w:r>
                              <w:rPr>
                                <w:rFonts w:ascii="Arial" w:hAnsi="Arial" w:cs="Arial" w:eastAsia="Arial"/>
                                <w:color w:val="F4F1E8"/>
                                <w:sz w:val="37"/>
                                <w:szCs w:val="37"/>
                              </w:rPr>
                              <w:t xml:space="preserve">Espresso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4" behindDoc="0" locked="0" layoutInCell="1" allowOverlap="1">
                <wp:simplePos x="0" y="0"/>
                <wp:positionH relativeFrom="page">
                  <wp:posOffset>5522661</wp:posOffset>
                </wp:positionH>
                <wp:positionV relativeFrom="page">
                  <wp:posOffset>2724912</wp:posOffset>
                </wp:positionV>
                <wp:extent cx="978722" cy="274320"/>
                <wp:effectExtent l="0" t="0" r="0" b="0"/>
                <wp:wrapNone/>
                <wp:docPr id="1882" name="Text 1882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78722" cy="274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431" w:lineRule="exact"/>
                              <w:jc w:val="right"/>
                            </w:pPr>
                            <w:r>
                              <w:rPr>
                                <w:rFonts w:ascii="Arial" w:hAnsi="Arial" w:cs="Arial" w:eastAsia="Arial"/>
                                <w:b/>
                                <w:bCs/>
                                <w:color w:val="F4F1E8"/>
                                <w:sz w:val="37"/>
                                <w:szCs w:val="37"/>
                              </w:rPr>
                              <w:t xml:space="preserve">₹140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5" behindDoc="0" locked="0" layoutInCell="1" allowOverlap="1">
                <wp:simplePos x="0" y="0"/>
                <wp:positionH relativeFrom="page">
                  <wp:posOffset>813816</wp:posOffset>
                </wp:positionH>
                <wp:positionV relativeFrom="page">
                  <wp:posOffset>3125419</wp:posOffset>
                </wp:positionV>
                <wp:extent cx="1463640" cy="274320"/>
                <wp:effectExtent l="0" t="0" r="0" b="0"/>
                <wp:wrapNone/>
                <wp:docPr id="1883" name="Text 1883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63640" cy="274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431" w:lineRule="exact"/>
                              <w:jc w:val="left"/>
                            </w:pPr>
                            <w:r>
                              <w:rPr>
                                <w:rFonts w:ascii="Arial" w:hAnsi="Arial" w:cs="Arial" w:eastAsia="Arial"/>
                                <w:color w:val="F4F1E8"/>
                                <w:sz w:val="37"/>
                                <w:szCs w:val="37"/>
                              </w:rPr>
                              <w:t xml:space="preserve">Flat white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6" behindDoc="0" locked="0" layoutInCell="1" allowOverlap="1">
                <wp:simplePos x="0" y="0"/>
                <wp:positionH relativeFrom="page">
                  <wp:posOffset>5522661</wp:posOffset>
                </wp:positionH>
                <wp:positionV relativeFrom="page">
                  <wp:posOffset>3125419</wp:posOffset>
                </wp:positionV>
                <wp:extent cx="978722" cy="274320"/>
                <wp:effectExtent l="0" t="0" r="0" b="0"/>
                <wp:wrapNone/>
                <wp:docPr id="1884" name="Text 1884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78722" cy="274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431" w:lineRule="exact"/>
                              <w:jc w:val="right"/>
                            </w:pPr>
                            <w:r>
                              <w:rPr>
                                <w:rFonts w:ascii="Arial" w:hAnsi="Arial" w:cs="Arial" w:eastAsia="Arial"/>
                                <w:b/>
                                <w:bCs/>
                                <w:color w:val="F4F1E8"/>
                                <w:sz w:val="37"/>
                                <w:szCs w:val="37"/>
                              </w:rPr>
                              <w:t xml:space="preserve">₹210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7" behindDoc="0" locked="0" layoutInCell="1" allowOverlap="1">
                <wp:simplePos x="0" y="0"/>
                <wp:positionH relativeFrom="page">
                  <wp:posOffset>813816</wp:posOffset>
                </wp:positionH>
                <wp:positionV relativeFrom="page">
                  <wp:posOffset>3525012</wp:posOffset>
                </wp:positionV>
                <wp:extent cx="1518584" cy="274320"/>
                <wp:effectExtent l="0" t="0" r="0" b="0"/>
                <wp:wrapNone/>
                <wp:docPr id="1885" name="Text 1885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18584" cy="274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431" w:lineRule="exact"/>
                              <w:jc w:val="left"/>
                            </w:pPr>
                            <w:r>
                              <w:rPr>
                                <w:rFonts w:ascii="Arial" w:hAnsi="Arial" w:cs="Arial" w:eastAsia="Arial"/>
                                <w:color w:val="F4F1E8"/>
                                <w:sz w:val="37"/>
                                <w:szCs w:val="37"/>
                              </w:rPr>
                              <w:t xml:space="preserve">Cold brew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8" behindDoc="0" locked="0" layoutInCell="1" allowOverlap="1">
                <wp:simplePos x="0" y="0"/>
                <wp:positionH relativeFrom="page">
                  <wp:posOffset>5522661</wp:posOffset>
                </wp:positionH>
                <wp:positionV relativeFrom="page">
                  <wp:posOffset>3525012</wp:posOffset>
                </wp:positionV>
                <wp:extent cx="978722" cy="274320"/>
                <wp:effectExtent l="0" t="0" r="0" b="0"/>
                <wp:wrapNone/>
                <wp:docPr id="1886" name="Text 1886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78722" cy="274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431" w:lineRule="exact"/>
                              <w:jc w:val="right"/>
                            </w:pPr>
                            <w:r>
                              <w:rPr>
                                <w:rFonts w:ascii="Arial" w:hAnsi="Arial" w:cs="Arial" w:eastAsia="Arial"/>
                                <w:b/>
                                <w:bCs/>
                                <w:color w:val="F4F1E8"/>
                                <w:sz w:val="37"/>
                                <w:szCs w:val="37"/>
                              </w:rPr>
                              <w:t xml:space="preserve">₹220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9" behindDoc="0" locked="0" layoutInCell="1" allowOverlap="1">
                <wp:simplePos x="0" y="0"/>
                <wp:positionH relativeFrom="page">
                  <wp:posOffset>813816</wp:posOffset>
                </wp:positionH>
                <wp:positionV relativeFrom="page">
                  <wp:posOffset>3924604</wp:posOffset>
                </wp:positionV>
                <wp:extent cx="1608943" cy="274320"/>
                <wp:effectExtent l="0" t="0" r="0" b="0"/>
                <wp:wrapNone/>
                <wp:docPr id="1887" name="Text 1887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08943" cy="274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431" w:lineRule="exact"/>
                              <w:jc w:val="left"/>
                            </w:pPr>
                            <w:r>
                              <w:rPr>
                                <w:rFonts w:ascii="Arial" w:hAnsi="Arial" w:cs="Arial" w:eastAsia="Arial"/>
                                <w:color w:val="F4F1E8"/>
                                <w:sz w:val="37"/>
                                <w:szCs w:val="37"/>
                              </w:rPr>
                              <w:t xml:space="preserve">Filter kaapi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20" behindDoc="0" locked="0" layoutInCell="1" allowOverlap="1">
                <wp:simplePos x="0" y="0"/>
                <wp:positionH relativeFrom="page">
                  <wp:posOffset>5522661</wp:posOffset>
                </wp:positionH>
                <wp:positionV relativeFrom="page">
                  <wp:posOffset>3924604</wp:posOffset>
                </wp:positionV>
                <wp:extent cx="978722" cy="274320"/>
                <wp:effectExtent l="0" t="0" r="0" b="0"/>
                <wp:wrapNone/>
                <wp:docPr id="1888" name="Text 1888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78722" cy="274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431" w:lineRule="exact"/>
                              <w:jc w:val="right"/>
                            </w:pPr>
                            <w:r>
                              <w:rPr>
                                <w:rFonts w:ascii="Arial" w:hAnsi="Arial" w:cs="Arial" w:eastAsia="Arial"/>
                                <w:b/>
                                <w:bCs/>
                                <w:color w:val="F4F1E8"/>
                                <w:sz w:val="37"/>
                                <w:szCs w:val="37"/>
                              </w:rPr>
                              <w:t xml:space="preserve">₹120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21" behindDoc="0" locked="0" layoutInCell="1" allowOverlap="1">
                <wp:simplePos x="0" y="0"/>
                <wp:positionH relativeFrom="page">
                  <wp:posOffset>813816</wp:posOffset>
                </wp:positionH>
                <wp:positionV relativeFrom="page">
                  <wp:posOffset>4782312</wp:posOffset>
                </wp:positionV>
                <wp:extent cx="919314" cy="228600"/>
                <wp:effectExtent l="0" t="0" r="0" b="0"/>
                <wp:wrapNone/>
                <wp:docPr id="1889" name="Text 1889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9314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360" w:lineRule="exact"/>
                              <w:jc w:val="left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b/>
                                <w:bCs/>
                                <w:color w:val="FFFAF0"/>
                                <w:spacing w:val="63"/>
                                <w:sz w:val="32"/>
                                <w:szCs w:val="32"/>
                              </w:rPr>
                              <w:t xml:space="preserve">TEA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22" behindDoc="0" locked="0" layoutInCell="1" allowOverlap="1">
                <wp:simplePos x="0" y="0"/>
                <wp:positionH relativeFrom="page">
                  <wp:posOffset>813816</wp:posOffset>
                </wp:positionH>
                <wp:positionV relativeFrom="page">
                  <wp:posOffset>5221224</wp:posOffset>
                </wp:positionV>
                <wp:extent cx="1729630" cy="274320"/>
                <wp:effectExtent l="0" t="0" r="0" b="0"/>
                <wp:wrapNone/>
                <wp:docPr id="1890" name="Text 1890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29630" cy="274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431" w:lineRule="exact"/>
                              <w:jc w:val="left"/>
                            </w:pPr>
                            <w:r>
                              <w:rPr>
                                <w:rFonts w:ascii="Arial" w:hAnsi="Arial" w:cs="Arial" w:eastAsia="Arial"/>
                                <w:color w:val="F4F1E8"/>
                                <w:sz w:val="37"/>
                                <w:szCs w:val="37"/>
                              </w:rPr>
                              <w:t xml:space="preserve">Masala chai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23" behindDoc="0" locked="0" layoutInCell="1" allowOverlap="1">
                <wp:simplePos x="0" y="0"/>
                <wp:positionH relativeFrom="page">
                  <wp:posOffset>5654821</wp:posOffset>
                </wp:positionH>
                <wp:positionV relativeFrom="page">
                  <wp:posOffset>5221224</wp:posOffset>
                </wp:positionV>
                <wp:extent cx="846562" cy="274320"/>
                <wp:effectExtent l="0" t="0" r="0" b="0"/>
                <wp:wrapNone/>
                <wp:docPr id="1891" name="Text 1891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46562" cy="274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431" w:lineRule="exact"/>
                              <w:jc w:val="right"/>
                            </w:pPr>
                            <w:r>
                              <w:rPr>
                                <w:rFonts w:ascii="Arial" w:hAnsi="Arial" w:cs="Arial" w:eastAsia="Arial"/>
                                <w:b/>
                                <w:bCs/>
                                <w:color w:val="F4F1E8"/>
                                <w:sz w:val="37"/>
                                <w:szCs w:val="37"/>
                              </w:rPr>
                              <w:t xml:space="preserve">₹90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24" behindDoc="0" locked="0" layoutInCell="1" allowOverlap="1">
                <wp:simplePos x="0" y="0"/>
                <wp:positionH relativeFrom="page">
                  <wp:posOffset>813816</wp:posOffset>
                </wp:positionH>
                <wp:positionV relativeFrom="page">
                  <wp:posOffset>5621731</wp:posOffset>
                </wp:positionV>
                <wp:extent cx="1764177" cy="274320"/>
                <wp:effectExtent l="0" t="0" r="0" b="0"/>
                <wp:wrapNone/>
                <wp:docPr id="1892" name="Text 1892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64177" cy="274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431" w:lineRule="exact"/>
                              <w:jc w:val="left"/>
                            </w:pPr>
                            <w:r>
                              <w:rPr>
                                <w:rFonts w:ascii="Arial" w:hAnsi="Arial" w:cs="Arial" w:eastAsia="Arial"/>
                                <w:color w:val="F4F1E8"/>
                                <w:sz w:val="37"/>
                                <w:szCs w:val="37"/>
                              </w:rPr>
                              <w:t xml:space="preserve">Matcha latte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25" behindDoc="0" locked="0" layoutInCell="1" allowOverlap="1">
                <wp:simplePos x="0" y="0"/>
                <wp:positionH relativeFrom="page">
                  <wp:posOffset>5522661</wp:posOffset>
                </wp:positionH>
                <wp:positionV relativeFrom="page">
                  <wp:posOffset>5621731</wp:posOffset>
                </wp:positionV>
                <wp:extent cx="978722" cy="274320"/>
                <wp:effectExtent l="0" t="0" r="0" b="0"/>
                <wp:wrapNone/>
                <wp:docPr id="1893" name="Text 1893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78722" cy="274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431" w:lineRule="exact"/>
                              <w:jc w:val="right"/>
                            </w:pPr>
                            <w:r>
                              <w:rPr>
                                <w:rFonts w:ascii="Arial" w:hAnsi="Arial" w:cs="Arial" w:eastAsia="Arial"/>
                                <w:b/>
                                <w:bCs/>
                                <w:color w:val="F4F1E8"/>
                                <w:sz w:val="37"/>
                                <w:szCs w:val="37"/>
                              </w:rPr>
                              <w:t xml:space="preserve">₹240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26" behindDoc="0" locked="0" layoutInCell="1" allowOverlap="1">
                <wp:simplePos x="0" y="0"/>
                <wp:positionH relativeFrom="page">
                  <wp:posOffset>813816</wp:posOffset>
                </wp:positionH>
                <wp:positionV relativeFrom="page">
                  <wp:posOffset>6478524</wp:posOffset>
                </wp:positionV>
                <wp:extent cx="1242069" cy="228600"/>
                <wp:effectExtent l="0" t="0" r="0" b="0"/>
                <wp:wrapNone/>
                <wp:docPr id="1894" name="Text 1894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42069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360" w:lineRule="exact"/>
                              <w:jc w:val="left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b/>
                                <w:bCs/>
                                <w:color w:val="FFFAF0"/>
                                <w:spacing w:val="63"/>
                                <w:sz w:val="32"/>
                                <w:szCs w:val="32"/>
                              </w:rPr>
                              <w:t xml:space="preserve">BAKES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27" behindDoc="0" locked="0" layoutInCell="1" allowOverlap="1">
                <wp:simplePos x="0" y="0"/>
                <wp:positionH relativeFrom="page">
                  <wp:posOffset>813816</wp:posOffset>
                </wp:positionH>
                <wp:positionV relativeFrom="page">
                  <wp:posOffset>6917435</wp:posOffset>
                </wp:positionV>
                <wp:extent cx="2022538" cy="274320"/>
                <wp:effectExtent l="0" t="0" r="0" b="0"/>
                <wp:wrapNone/>
                <wp:docPr id="1895" name="Text 1895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22538" cy="274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431" w:lineRule="exact"/>
                              <w:jc w:val="left"/>
                            </w:pPr>
                            <w:r>
                              <w:rPr>
                                <w:rFonts w:ascii="Arial" w:hAnsi="Arial" w:cs="Arial" w:eastAsia="Arial"/>
                                <w:color w:val="F4F1E8"/>
                                <w:sz w:val="37"/>
                                <w:szCs w:val="37"/>
                              </w:rPr>
                              <w:t xml:space="preserve">Banana bread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28" behindDoc="0" locked="0" layoutInCell="1" allowOverlap="1">
                <wp:simplePos x="0" y="0"/>
                <wp:positionH relativeFrom="page">
                  <wp:posOffset>5522661</wp:posOffset>
                </wp:positionH>
                <wp:positionV relativeFrom="page">
                  <wp:posOffset>6917435</wp:posOffset>
                </wp:positionV>
                <wp:extent cx="978722" cy="274320"/>
                <wp:effectExtent l="0" t="0" r="0" b="0"/>
                <wp:wrapNone/>
                <wp:docPr id="1896" name="Text 1896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78722" cy="274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431" w:lineRule="exact"/>
                              <w:jc w:val="right"/>
                            </w:pPr>
                            <w:r>
                              <w:rPr>
                                <w:rFonts w:ascii="Arial" w:hAnsi="Arial" w:cs="Arial" w:eastAsia="Arial"/>
                                <w:b/>
                                <w:bCs/>
                                <w:color w:val="F4F1E8"/>
                                <w:sz w:val="37"/>
                                <w:szCs w:val="37"/>
                              </w:rPr>
                              <w:t xml:space="preserve">₹160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29" behindDoc="0" locked="0" layoutInCell="1" allowOverlap="1">
                <wp:simplePos x="0" y="0"/>
                <wp:positionH relativeFrom="page">
                  <wp:posOffset>813816</wp:posOffset>
                </wp:positionH>
                <wp:positionV relativeFrom="page">
                  <wp:posOffset>7317028</wp:posOffset>
                </wp:positionV>
                <wp:extent cx="2460217" cy="274320"/>
                <wp:effectExtent l="0" t="0" r="0" b="0"/>
                <wp:wrapNone/>
                <wp:docPr id="1897" name="Text 1897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60217" cy="274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431" w:lineRule="exact"/>
                              <w:jc w:val="left"/>
                            </w:pPr>
                            <w:r>
                              <w:rPr>
                                <w:rFonts w:ascii="Arial" w:hAnsi="Arial" w:cs="Arial" w:eastAsia="Arial"/>
                                <w:color w:val="F4F1E8"/>
                                <w:sz w:val="37"/>
                                <w:szCs w:val="37"/>
                              </w:rPr>
                              <w:t xml:space="preserve">Almond croissant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30" behindDoc="0" locked="0" layoutInCell="1" allowOverlap="1">
                <wp:simplePos x="0" y="0"/>
                <wp:positionH relativeFrom="page">
                  <wp:posOffset>5522661</wp:posOffset>
                </wp:positionH>
                <wp:positionV relativeFrom="page">
                  <wp:posOffset>7317028</wp:posOffset>
                </wp:positionV>
                <wp:extent cx="978722" cy="274320"/>
                <wp:effectExtent l="0" t="0" r="0" b="0"/>
                <wp:wrapNone/>
                <wp:docPr id="1898" name="Text 1898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78722" cy="274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431" w:lineRule="exact"/>
                              <w:jc w:val="right"/>
                            </w:pPr>
                            <w:r>
                              <w:rPr>
                                <w:rFonts w:ascii="Arial" w:hAnsi="Arial" w:cs="Arial" w:eastAsia="Arial"/>
                                <w:b/>
                                <w:bCs/>
                                <w:color w:val="F4F1E8"/>
                                <w:sz w:val="37"/>
                                <w:szCs w:val="37"/>
                              </w:rPr>
                              <w:t xml:space="preserve">₹190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31" behindDoc="0" locked="0" layoutInCell="1" allowOverlap="1">
                <wp:simplePos x="0" y="0"/>
                <wp:positionH relativeFrom="page">
                  <wp:posOffset>1708820</wp:posOffset>
                </wp:positionH>
                <wp:positionV relativeFrom="page">
                  <wp:posOffset>8906256</wp:posOffset>
                </wp:positionV>
                <wp:extent cx="3897558" cy="128016"/>
                <wp:effectExtent l="0" t="0" r="0" b="0"/>
                <wp:wrapNone/>
                <wp:docPr id="1899" name="Text 1899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897558" cy="12801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01" w:lineRule="exact"/>
                              <w:jc w:val="center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color w:val="BBBBBB"/>
                                <w:sz w:val="17"/>
                                <w:szCs w:val="17"/>
                              </w:rPr>
                              <w:t xml:space="preserve">Prices in ₹, inclusive of taxes · sample menu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</w:p>
    <w:sectPr w:rsidR="00FC693F" w:rsidRPr="0006063C" w:rsidSect="00034616">
      <w:pgSz w:w="11520" w:h="14400"/>
      <w:pgMar w:top="0" w:right="0" w:bottom="0" w:left="0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Fieldnote Coffee — Café board</dc:title>
  <dc:subject/>
  <dc:creator>Morphiq</dc:creator>
  <cp:keywords/>
  <dc:description>Morphiq template. All text is live and editable; the artwork is a background picture.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